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FOBI 2026｜22篇完整文字稿</w:t>
      </w:r>
    </w:p>
    <w:p>
      <w:r>
        <w:t>21篇人物與品牌專題，加上賽事結案總報導。</w:t>
      </w:r>
    </w:p>
    <w:p>
      <w:pPr>
        <w:pStyle w:val="Heading1"/>
      </w:pPr>
      <w:r>
        <w:t>01｜FOBI 2026 圓滿落幕：泰國代表奪冠，台灣周皓月獲亞洲洲際獎</w:t>
      </w:r>
    </w:p>
    <w:p>
      <w:r>
        <w:t>從總決賽舞台到國際交流，保存這一屆的美麗與合作記憶。</w:t>
      </w:r>
    </w:p>
    <w:p>
      <w:r>
        <w:t>FOBI專案編輯室</w:t>
      </w:r>
    </w:p>
    <w:p>
      <w:r>
        <w:t>2026-11-02</w:t>
      </w:r>
    </w:p>
    <w:p>
      <w:r>
        <w:t>賽事結案</w:t>
      </w:r>
    </w:p>
    <w:p>
      <w:r>
        <w:br/>
        <w:t>活動紀錄</w:t>
      </w:r>
    </w:p>
    <w:p>
      <w:r>
        <w:t>2026世界美顏小姐總決賽於10月30日在臺北新板希爾頓酒店舉行，賽事現已結束。依 Wow!NEWS 賽後報導，泰國代表奪冠；芬蘭、菲律賓、美國與西班牙代表分列第二至第五名，台灣代表周皓月獲亞洲洲際獎。</w:t>
      </w:r>
    </w:p>
    <w:p>
      <w:r>
        <w:t>報導記錄佳麗經歷舞台展演、晚禮服展示與問答等環節；宏都拉斯代表獲 I AM ME 殊榮。結案專區將比賽結果、公開報導、活動影像與合作夥伴專題集中，作為本屆賽事的長期查閱入口。</w:t>
      </w:r>
    </w:p>
    <w:p>
      <w:r>
        <w:t>活動的結束，是紀錄工作的開始。照片、文字與清楚的資料來源，讓台灣接待國際賽事的過程能被保留，也讓品牌支持、參與者的努力與交流經驗留下脈絡。</w:t>
      </w:r>
    </w:p>
    <w:p>
      <w:r>
        <w:br/>
        <w:t>圖片與圖說</w:t>
      </w:r>
    </w:p>
    <w:p>
      <w:r>
        <w:t>國際佳麗在飯店公共空間合影，留下在台活動記憶。圖／活動方提供。</w:t>
      </w:r>
    </w:p>
    <w:p>
      <w:r>
        <w:t>https://fobi.self.com.tw/editorial/event-records/upload-6dcce6b28b84.jpg</w:t>
      </w:r>
    </w:p>
    <w:p>
      <w:r>
        <w:t>2026-10-30總決賽活動資料照。圖／黃忠正・Wow!NEWS。</w:t>
      </w:r>
    </w:p>
    <w:p>
      <w:r>
        <w:t>https://storage.googleapis.com/wownews-images/posts/135247996571848_1421362313437498_0.webp</w:t>
      </w:r>
    </w:p>
    <w:p>
      <w:r>
        <w:t>2026-10-30總決賽活動資料照。圖／黃忠正・Wow!NEWS。</w:t>
      </w:r>
    </w:p>
    <w:p>
      <w:r>
        <w:t>https://storage.googleapis.com/wownews-images/posts/135247996571848_1421362313437498_4.webp</w:t>
      </w:r>
    </w:p>
    <w:p>
      <w:r>
        <w:br/>
        <w:t>來源</w:t>
      </w:r>
    </w:p>
    <w:p>
      <w:r>
        <w:t>Wow!NEWS｜2026世界美顏小姐總決賽賽後報導 https://www.wownews.tw/2026/10/2026_01664561917.html</w:t>
      </w:r>
    </w:p>
    <w:p>
      <w:r>
        <w:t>活動方提供的官方 Facebook 入口 https://www.facebook.com/share/1CiBdvuYEC/?mibextid=wwXIfr</w:t>
      </w:r>
    </w:p>
    <w:p>
      <w:r>
        <w:br/>
        <w:t>合作聯絡｜醫見傳媒有限公司 Arthur Lin</w:t>
      </w:r>
    </w:p>
    <w:p>
      <w:r>
        <w:t>0935-523-001｜LINE ID beautiself</w:t>
      </w:r>
    </w:p>
    <w:p>
      <w:r>
        <w:br w:type="page"/>
      </w:r>
    </w:p>
    <w:p>
      <w:pPr>
        <w:pStyle w:val="Heading1"/>
      </w:pPr>
      <w:r>
        <w:t>02｜一只藍色提袋，把台灣健康科技帶進世界鏡頭｜泰博FORA的賽後品牌紀實</w:t>
      </w:r>
    </w:p>
    <w:p>
      <w:r>
        <w:t>現場品牌紀實｜正文791個中文字</w:t>
      </w:r>
    </w:p>
    <w:p>
      <w:r>
        <w:t>從活動方提供的真實影像出發，看見健康品牌在國際舞台上的辨識度與後續溝通。</w:t>
      </w:r>
    </w:p>
    <w:p>
      <w:r>
        <w:t>醫美版編輯室／人物與品牌專題</w:t>
      </w:r>
    </w:p>
    <w:p>
      <w:r>
        <w:t>2026-11-02</w:t>
      </w:r>
    </w:p>
    <w:p>
      <w:r>
        <w:t>現場品牌紀實</w:t>
      </w:r>
    </w:p>
    <w:p>
      <w:r>
        <w:br/>
        <w:t>鏡頭先記住了藍色</w:t>
      </w:r>
    </w:p>
    <w:p>
      <w:r>
        <w:t>后冠、晚禮服與鮮明的藍色提袋，在同一張照片裡構成了FOBI 2026的品牌記憶。活動方提供的影像中，佳麗手持FORA提袋，前方也可見福爾展示牌。這是這份專題最具體的起點：台灣健康科技品牌，不只以名單上的文字出現，也在一個國際活動的可辨識畫面中被看見。</w:t>
      </w:r>
    </w:p>
    <w:p>
      <w:r>
        <w:br/>
        <w:t>提袋上的名字，背後是什麼企業</w:t>
      </w:r>
    </w:p>
    <w:p>
      <w:r>
        <w:t>FORA福爾官方資料介紹其與泰博科技的品牌關係，產品脈絡包括居家健康量測及相關服務。對第一次接觸品牌的國際觀眾而言，照片能留下名字，企業背景則回答名字背後的專業。從研發到日常使用，健康科技所面對的是不同年齡、語言與生活習慣的人，品牌能否被理解，與產品能否被看見同樣值得重視。</w:t>
      </w:r>
    </w:p>
    <w:p>
      <w:r>
        <w:br/>
        <w:t>讓健康科技走進生活語言</w:t>
      </w:r>
    </w:p>
    <w:p>
      <w:r>
        <w:t>居家量測不是舞台上的戲劇性時刻，卻與許多家庭的生活有關。介紹這類品牌，可以從使用者如何取得正式資訊、如何理解操作及如何獲得服務談起，而不必把專業簡化成口號。FORA公開網站列有不同產品與服務入口，也讓讀者在看過賽事照片之後，能循著清楚路徑進一步認識品牌。</w:t>
      </w:r>
    </w:p>
    <w:p>
      <w:r>
        <w:br/>
        <w:t>品牌露出與產品體驗，是不同的紀錄</w:t>
      </w:r>
    </w:p>
    <w:p>
      <w:r>
        <w:t>提袋與展示牌可以證明畫面中的品牌呈現，卻不能單靠照片證明每位佳麗使用過什麼產品。這樣的區分，讓報導保留更準確的細節：讀者欣賞的是賽事與支持關係，產品的實際用途與使用條件則另有正式說明。對健康品牌而言，讓資訊各有位置，也是維持長期信任的一種做法。</w:t>
      </w:r>
    </w:p>
    <w:p>
      <w:r>
        <w:br/>
        <w:t>國際觀眾如何繼續認識台灣</w:t>
      </w:r>
    </w:p>
    <w:p>
      <w:r>
        <w:t>一場國際活動能帶來第一次認識，後續則需要語言、內容與服務承接。品牌介紹若能說明台灣研發背景、正式品項與聯絡管道，照片所帶來的注意力就有機會延伸成理解。這是企業參與文化活動可以持續經營的方向；至於通路、訂單或新市場合作，仍須依實際商務紀錄分別評估。</w:t>
      </w:r>
    </w:p>
    <w:p>
      <w:r>
        <w:br/>
        <w:t>讓支持留下可查閱的脈絡</w:t>
      </w:r>
    </w:p>
    <w:p>
      <w:r>
        <w:t>FOBI總決賽已於10月30日在臺北新板希爾頓舉行。本篇把活動方提供的FORA現場影像與公開品牌背景放在一起，留下這次參與的具體紀錄。對日後查閱的讀者而言，不只有一張漂亮的合照，也有品牌從哪裡來、提供何種資訊，以及如何由台灣與世界開始對話的線索。</w:t>
      </w:r>
    </w:p>
    <w:p>
      <w:r>
        <w:br/>
        <w:t>把一次被看見，延續成長期被記住</w:t>
      </w:r>
    </w:p>
    <w:p>
      <w:r>
        <w:t>國際舞台的燈光會落幕，健康品牌的日常服務仍會繼續。FORA這次的故事，因此可以從那只藍色提袋走得更遠：讓參與者記住一個台灣名字，再讓有興趣的人找到完整資訊。當影像、品牌背景與後續入口彼此銜接，一次支持就能留下更耐讀的企業故事，也讓台灣健康科技以具體而友善的方式進入國際視野。</w:t>
      </w:r>
    </w:p>
    <w:p>
      <w:r>
        <w:br/>
        <w:t>圖片與圖說</w:t>
      </w:r>
    </w:p>
    <w:p>
      <w:r>
        <w:t>后冠佳麗與FORA提袋及展示牌同框。圖／活動方提供。</w:t>
      </w:r>
    </w:p>
    <w:p>
      <w:r>
        <w:t>https://fobi.self.com.tw/editorial/event-records/upload-27ac9cd08235.jpg</w:t>
      </w:r>
    </w:p>
    <w:p>
      <w:r>
        <w:t>2026-10-30總決賽活動資料照。圖／黃忠正・Wow!NEWS。</w:t>
      </w:r>
    </w:p>
    <w:p>
      <w:r>
        <w:t>https://storage.googleapis.com/wownews-images/posts/135247996571848_1421362313437498_1.webp</w:t>
      </w:r>
    </w:p>
    <w:p>
      <w:r>
        <w:t>2026-10-30總決賽活動資料照。圖／黃忠正・Wow!NEWS。</w:t>
      </w:r>
    </w:p>
    <w:p>
      <w:r>
        <w:t>https://storage.googleapis.com/wownews-images/posts/135247996571848_1421362313437498_2.webp</w:t>
      </w:r>
    </w:p>
    <w:p>
      <w:r>
        <w:br/>
        <w:t>來源</w:t>
      </w:r>
    </w:p>
    <w:p>
      <w:r>
        <w:t>FOBI活動窗口提供合作名單（本結案系列） https://fobi.self.com.tw/Fobi#partners</w:t>
      </w:r>
    </w:p>
    <w:p>
      <w:r>
        <w:t>Wow!NEWS｜總決賽實拍與賽後報導 https://www.wownews.tw/2026/10/2026_01664561917.html</w:t>
      </w:r>
    </w:p>
    <w:p>
      <w:r>
        <w:t>泰博 FORA｜背景資料來源 https://www.foracare.com.tw/關於福爾/</w:t>
      </w:r>
    </w:p>
    <w:p>
      <w:r>
        <w:t>FORA 福爾｜品牌與購買據點 https://www.foracare.com.tw/購買據點/</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03｜從一張Cellumé品牌影像，看寶齡富錦如何與不同氣候下的美麗生活對話</w:t>
      </w:r>
    </w:p>
    <w:p>
      <w:r>
        <w:t>品牌影像敘事｜正文793個中文字</w:t>
      </w:r>
    </w:p>
    <w:p>
      <w:r>
        <w:t>把保養品牌的日常語言，帶到國際佳麗與台灣產業相遇的場合。</w:t>
      </w:r>
    </w:p>
    <w:p>
      <w:r>
        <w:t>醫美版編輯室／人物與品牌專題</w:t>
      </w:r>
    </w:p>
    <w:p>
      <w:r>
        <w:t>2026-11-02</w:t>
      </w:r>
    </w:p>
    <w:p>
      <w:r>
        <w:t>品牌影像敘事</w:t>
      </w:r>
    </w:p>
    <w:p>
      <w:r>
        <w:br/>
        <w:t>先看見人，再看見品牌</w:t>
      </w:r>
    </w:p>
    <w:p>
      <w:r>
        <w:t>活動方提供的Cellumé宣傳版面，把不同國家的佳麗、產品包裝與活動合影編排在一起。白色與青綠色形成清楚的識別，也讓本屆合作名單中的寶齡富錦，有了不同於一般舞台照的視覺入口。這是一張品牌提供的宣傳圖；本篇由它呈現的生活主題出發，不把版面上的推薦語轉寫為獨立採訪結論。</w:t>
      </w:r>
    </w:p>
    <w:p>
      <w:r>
        <w:br/>
        <w:t>從保養話題走近企業背景</w:t>
      </w:r>
    </w:p>
    <w:p>
      <w:r>
        <w:t>寶齡富錦的官方資料介紹生技製藥、研發與品牌經營等背景，旗下公開產品網站亦列有保養相關品項。這讓品牌故事可以分成兩個尺度閱讀：一端是企業長期累積的研發與管理，另一端是消費者日常能理解的保養需求。國際活動提供兩者相遇的場合，讓原本較專業的企業介紹有機會走進生活話題。</w:t>
      </w:r>
    </w:p>
    <w:p>
      <w:r>
        <w:br/>
        <w:t>不同生活環境，提供不同的溝通起點</w:t>
      </w:r>
    </w:p>
    <w:p>
      <w:r>
        <w:t>來自不同國家的參與者，對氣候、生活節奏及保養習慣可能各有經驗。品牌若希望與這樣的受眾對話，應先理解差異，再用清楚的產品資訊回應問題。從內容角度看，讓讀者知道品名、正式用途與查閱位置，比用一套想像代替所有人的需要，更能形成有內容的交流。</w:t>
      </w:r>
    </w:p>
    <w:p>
      <w:r>
        <w:br/>
        <w:t>產品名稱之外，還要留下正式入口</w:t>
      </w:r>
    </w:p>
    <w:p>
      <w:r>
        <w:t>寶齡公開產品頁列有極萃肌泌活泉噴霧等品項，活動方提供版面另呈現面膜與噴霧的品牌視覺。這些資訊適合用來辨識品牌與品項，不直接推論個別使用者的感受。讀者若希望進一步了解，仍應回到正式標示與產品說明；這也使時尚影像與產品資訊各自發揮作用，而不是互相替代。</w:t>
      </w:r>
    </w:p>
    <w:p>
      <w:r>
        <w:br/>
        <w:t>企業的國際敘事，可以從日常開始</w:t>
      </w:r>
    </w:p>
    <w:p>
      <w:r>
        <w:t>生技企業的國際溝通不一定只出現在展會與專業文件，也可以從日常生活的共同問題展開。保養品牌讓人容易接近，企業背景則讓故事有厚度。兩者若能互相銜接，海外讀者就有機會由一次選美活動，認識台灣品牌如何整理需求、建立產品資訊並持續與使用者溝通。</w:t>
      </w:r>
    </w:p>
    <w:p>
      <w:r>
        <w:br/>
        <w:t>讓美麗有不同的表情</w:t>
      </w:r>
    </w:p>
    <w:p>
      <w:r>
        <w:t>FOBI佳麗在台灣呈現各自的儀態、文化與表達，與品牌影像中的多元面貌相呼應。這些人的風采屬於各自的準備與經驗，不能被簡化成某項商品的結果。報導將品牌宣傳版面與賽事實拍分別標示，既保存活動記憶，也讓讀者辨認不同圖像的原始用途。</w:t>
      </w:r>
    </w:p>
    <w:p>
      <w:r>
        <w:br/>
        <w:t>把台灣品牌的故事留下來</w:t>
      </w:r>
    </w:p>
    <w:p>
      <w:r>
        <w:t>本屆活動落幕後，寶齡富錦專題選擇以品牌影像與生活差異作為切入，而非重複一份贊助致謝。當產品、企業與國際人物各有清楚脈絡，讀者便能從照片裡的名字，走向更完整的認識。未來若有企業提供的正式合作紀錄或受訪原話，也可在此基礎上延伸，讓台灣品牌的國際內容持續隨真實發展累積。</w:t>
      </w:r>
    </w:p>
    <w:p>
      <w:r>
        <w:br/>
        <w:t>圖片與圖說</w:t>
      </w:r>
    </w:p>
    <w:p>
      <w:r>
        <w:t>Cellumé品牌宣傳版面。圖／活動方提供；屬品牌宣傳素材，非本站獨立採訪推薦。</w:t>
      </w:r>
    </w:p>
    <w:p>
      <w:r>
        <w:t>https://fobi.self.com.tw/editorial/event-records/upload-eaf175989f78.jpg</w:t>
      </w:r>
    </w:p>
    <w:p>
      <w:r>
        <w:t>2026-10-30總決賽活動資料照。圖／黃忠正・Wow!NEWS。</w:t>
      </w:r>
    </w:p>
    <w:p>
      <w:r>
        <w:t>https://storage.googleapis.com/wownews-images/posts/135247996571848_1421362313437498_3.webp</w:t>
      </w:r>
    </w:p>
    <w:p>
      <w:r>
        <w:t>2026-10-30總決賽活動資料照。圖／黃忠正・Wow!NEWS。</w:t>
      </w:r>
    </w:p>
    <w:p>
      <w:r>
        <w:t>https://storage.googleapis.com/wownews-images/posts/135247996571848_1421362313437498_5.webp</w:t>
      </w:r>
    </w:p>
    <w:p>
      <w:r>
        <w:br/>
        <w:t>來源</w:t>
      </w:r>
    </w:p>
    <w:p>
      <w:r>
        <w:t>FOBI活動窗口提供合作名單（本結案系列） https://fobi.self.com.tw/Fobi#partners</w:t>
      </w:r>
    </w:p>
    <w:p>
      <w:r>
        <w:t>Wow!NEWS｜總決賽實拍與賽後報導 https://www.wownews.tw/2026/10/2026_01664561917.html</w:t>
      </w:r>
    </w:p>
    <w:p>
      <w:r>
        <w:t>寶齡富錦｜背景資料來源 https://www.pbf.com.tw/關於寶齡/</w:t>
      </w:r>
    </w:p>
    <w:p>
      <w:r>
        <w:t>寶齡富錦｜研究與發展 https://www.pbf.com.tw/研究與發展/</w:t>
      </w:r>
    </w:p>
    <w:p>
      <w:r>
        <w:t>寶齡旗下產品網站｜極萃肌泌活泉噴霧正式品項資料 https://bds.pbf.com.tw/products_detail/71</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04｜從材料技術走向跨國合作：晶鑽生醫在選美舞台之外的產業故事</w:t>
      </w:r>
    </w:p>
    <w:p>
      <w:r>
        <w:t>產業國際化觀察｜正文760個中文字</w:t>
      </w:r>
    </w:p>
    <w:p>
      <w:r>
        <w:t>一場文化活動，成為讀者認識台灣生醫研發與國際商務路徑的入口。</w:t>
      </w:r>
    </w:p>
    <w:p>
      <w:r>
        <w:t>醫美版編輯室／人物與品牌專題</w:t>
      </w:r>
    </w:p>
    <w:p>
      <w:r>
        <w:t>2026-11-02</w:t>
      </w:r>
    </w:p>
    <w:p>
      <w:r>
        <w:t>產業國際化觀察</w:t>
      </w:r>
    </w:p>
    <w:p>
      <w:r>
        <w:br/>
        <w:t>一張展示合影，打開另一層閱讀</w:t>
      </w:r>
    </w:p>
    <w:p>
      <w:r>
        <w:t>活動方提供的品牌交流照片中，佳麗與不同品項的包裝同框，其中可見NeoFilera名稱。對觀眾而言，這首先是一段活動記憶；對產業讀者而言，產品名字則引出另一個問題：台灣生醫企業如何把研究、製造與國際合作連在一起？晶鑽生醫的本屆支持紀錄，適合由這條產業路徑進一步閱讀。</w:t>
      </w:r>
    </w:p>
    <w:p>
      <w:r>
        <w:br/>
        <w:t>研發並不只存在於實驗室</w:t>
      </w:r>
    </w:p>
    <w:p>
      <w:r>
        <w:t>晶鑽生醫官方資料介紹生物材料與醫材相關業務。這些領域往往需要專業團隊長時間累積，也需要品質、製造與法規資訊互相配合。對不熟悉生醫產業的讀者而言，品牌報導的價值，是把公司定位與研究方向說清楚，再提供正式來源，讓技術有機會被理解，而不只是成為宣傳畫面裡的一個名詞。</w:t>
      </w:r>
    </w:p>
    <w:p>
      <w:r>
        <w:br/>
        <w:t>已公開的國際合作，有自己的時間線</w:t>
      </w:r>
    </w:p>
    <w:p>
      <w:r>
        <w:t>晶鑽官網另有與GENTLEREGEN AG及法國LABORATOIRES FILL-MED簽署NeoFilera授權銷售合約的公告。這是閱讀企業國際發展的重要背景，與本次FOBI支持關係分屬不同事件。將既有產業合作和文化活動並列，可以看見品牌的多面向，但兩者的因果與成果仍應各自有資料支持。</w:t>
      </w:r>
    </w:p>
    <w:p>
      <w:r>
        <w:br/>
        <w:t>從企業到市場，中間還有許多工作</w:t>
      </w:r>
    </w:p>
    <w:p>
      <w:r>
        <w:t>對企業經營者而言，國際布局需要理解不同市場的文件、責任與合作方式。技術能力能否被正式介紹，合作夥伴能否取得清楚資訊，以及後續服務如何安排，都影響長期關係。選美活動帶來的是接觸多元受眾的場合，產業發展則必須回到既有的專業與商務程序，不能以一次亮相取代。</w:t>
      </w:r>
    </w:p>
    <w:p>
      <w:r>
        <w:br/>
        <w:t>影像所能記錄的範圍</w:t>
      </w:r>
    </w:p>
    <w:p>
      <w:r>
        <w:t>畫面中的包裝展示與合影，可以留下交流內容，卻不直接證明任何人接受過處置或獲得何種效果。生醫報導需要保留這個尺度：讓讀者看見品牌參與，也讓產品說明與醫療判斷留在適當位置。這不會減少活動的精彩，反而使品牌故事有更清楚、可以長期查閱的基礎。</w:t>
      </w:r>
    </w:p>
    <w:p>
      <w:r>
        <w:br/>
        <w:t>讓國際觀眾看見台灣的專業分工</w:t>
      </w:r>
    </w:p>
    <w:p>
      <w:r>
        <w:t>國際佳麗在台灣相聚，接觸到的不只是舞台，也包含不同產業的在地參與者。從品牌展示一路讀到材料研發與公開合作，讀者有機會認識台灣生醫產業的多樣性。這樣的內容讓國際交流不只停留在美感，也延伸到企業如何建立專業、如何與其他市場對話。</w:t>
      </w:r>
    </w:p>
    <w:p>
      <w:r>
        <w:br/>
        <w:t>賽後的品牌內容，回到可查的事實</w:t>
      </w:r>
    </w:p>
    <w:p>
      <w:r>
        <w:t>晶鑽生醫專題以產業觀察呈現本屆支持，不代擬未有紀錄的創辦人致詞。未來企業若提供更多已確認的訪談、研發里程碑或國際合作細節，便能使報導繼續深化。讓台灣被世界看見，同時讓世界有機會讀懂台灣的技術與合作方式，是這段賽後故事可以持續發展的方向。</w:t>
      </w:r>
    </w:p>
    <w:p>
      <w:r>
        <w:br/>
        <w:t>圖片與圖說</w:t>
      </w:r>
    </w:p>
    <w:p>
      <w:r>
        <w:t>佳麗與多品牌展示同框，畫面可見NeoFilera等包裝。圖／活動方提供。</w:t>
      </w:r>
    </w:p>
    <w:p>
      <w:r>
        <w:t>https://fobi.self.com.tw/editorial/event-records/upload-347ff210205b.jpg</w:t>
      </w:r>
    </w:p>
    <w:p>
      <w:r>
        <w:t>2026-10-30總決賽活動資料照。圖／黃忠正・Wow!NEWS。</w:t>
      </w:r>
    </w:p>
    <w:p>
      <w:r>
        <w:t>https://storage.googleapis.com/wownews-images/posts/135247996571848_1421362313437498_6.webp</w:t>
      </w:r>
    </w:p>
    <w:p>
      <w:r>
        <w:t>2026-10-30總決賽活動資料照。圖／黃忠正・Wow!NEWS。</w:t>
      </w:r>
    </w:p>
    <w:p>
      <w:r>
        <w:t>https://storage.googleapis.com/wownews-images/posts/135247996571848_1421362313437498_7.webp</w:t>
      </w:r>
    </w:p>
    <w:p>
      <w:r>
        <w:br/>
        <w:t>來源</w:t>
      </w:r>
    </w:p>
    <w:p>
      <w:r>
        <w:t>FOBI活動窗口提供合作名單（本結案系列） https://fobi.self.com.tw/Fobi#partners</w:t>
      </w:r>
    </w:p>
    <w:p>
      <w:r>
        <w:t>Wow!NEWS｜總決賽實拍與賽後報導 https://www.wownews.tw/2026/10/2026_01664561917.html</w:t>
      </w:r>
    </w:p>
    <w:p>
      <w:r>
        <w:t>晶鑽生醫｜背景資料來源 https://www.diamond-biotechnology.com/</w:t>
      </w:r>
    </w:p>
    <w:p>
      <w:r>
        <w:t>晶鑽生醫｜NeoFilera國際授權公開公告 https://www.diamond-biotechnology.com/晶鑽生醫與gentleregen-ag、法國laboratoires-fill-med簽署授權合約/</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05｜一個問題，如何長成一個社群？醫美版的資訊交流與女性影響力</w:t>
      </w:r>
    </w:p>
    <w:p>
      <w:r>
        <w:t>社群發展側記｜正文765個中文字</w:t>
      </w:r>
    </w:p>
    <w:p>
      <w:r>
        <w:t>以創版人林弘修的公開經歷，閱讀醫美版從資訊交流到跨域合作的品牌故事。</w:t>
      </w:r>
    </w:p>
    <w:p>
      <w:r>
        <w:t>醫美版編輯室／人物與品牌專題</w:t>
      </w:r>
    </w:p>
    <w:p>
      <w:r>
        <w:t>2026-11-02</w:t>
      </w:r>
    </w:p>
    <w:p>
      <w:r>
        <w:t>社群發展側記</w:t>
      </w:r>
    </w:p>
    <w:p>
      <w:r>
        <w:br/>
        <w:t>社群從問題開始</w:t>
      </w:r>
    </w:p>
    <w:p>
      <w:r>
        <w:t>有人想理解術語，有人想知道如何辨識資訊，也有人希望聽見不同生活經驗。醫美版的故事，可以從這些問題開始，而不是先從會員數字開始。當社群參與FOBI國際活動，原有的女性與專業對話，也有機會被放到不同文化交會的脈絡中，讓讀者理解台灣的品牌與資訊交流如何連接。</w:t>
      </w:r>
    </w:p>
    <w:p>
      <w:r>
        <w:br/>
        <w:t>創版人的公開軌跡</w:t>
      </w:r>
    </w:p>
    <w:p>
      <w:r>
        <w:t>既往民生頭條報導介紹，林弘修創立醫美整形保養交流討論版，並曾在產業論壇分享品牌與客戶體驗的整合思維。品牌自己的介紹頁，則將社群、醫師診所資訊與數位服務放入共同架構。這些背景顯示，醫美版的故事除了網路討論，也涉及如何讓不同角色找到彼此，並建立可以持續查閱的內容。</w:t>
      </w:r>
    </w:p>
    <w:p>
      <w:r>
        <w:br/>
        <w:t>社群實際提供的入口</w:t>
      </w:r>
    </w:p>
    <w:p>
      <w:r>
        <w:t>社群服務的核心不是單一實體產品，而是內容、互動規則與資訊入口。醫美版公開介紹包含經驗交流、專業資訊及品牌溝通；這些內容應讓讀者分辨個人經驗、一般知識與個別醫療判斷。透過清楚標示來源、說明合作關係與保留提問空間，社群才有機會在大量訊息之中，協助使用者建立自己的理解。</w:t>
      </w:r>
    </w:p>
    <w:p>
      <w:r>
        <w:br/>
        <w:t>把品牌與客戶體驗接起來</w:t>
      </w:r>
    </w:p>
    <w:p>
      <w:r>
        <w:t>林弘修在公開行銷分享中，以品牌規劃與完整客戶體驗的整合作為討論主軸。將這份思維帶入選美合作，可理解為讓品牌故事、女性觀點與專業資訊互相銜接。這並非宣稱每次社群討論都等同醫師諮詢，而是讓活動內容有脈絡、讓讀者知道下一步能查閱什麼，也讓企業介紹不只停留在口號。</w:t>
      </w:r>
    </w:p>
    <w:p>
      <w:r>
        <w:br/>
        <w:t>讓台灣社群經驗被理解</w:t>
      </w:r>
    </w:p>
    <w:p>
      <w:r>
        <w:t>不同市場對健康與外貌議題有不同文化背景。透過FOBI的交流情境，醫美版可以把台灣女性如何提問、如何重視專業及如何交流經驗，整理為國際讀者能理解的故事。</w:t>
      </w:r>
    </w:p>
    <w:p>
      <w:r>
        <w:br/>
        <w:t>每個人物保有自己的故事</w:t>
      </w:r>
    </w:p>
    <w:p>
      <w:r>
        <w:t>本屆佳麗在舞台展現的不只有禮服與儀態，也包括文化特色與面對觀眾的表達。這些影像提供討論多元自信的場合，並不表示參賽者需要醫療改變。醫美版專題將人物背景與賽事實拍分開呈現，讓讀者欣賞佳麗風采，也能清楚理解品牌參與與個人選擇之間的關係。</w:t>
      </w:r>
    </w:p>
    <w:p>
      <w:r>
        <w:br/>
        <w:t>從一次貼文走向長期閱讀</w:t>
      </w:r>
    </w:p>
    <w:p>
      <w:r>
        <w:t>內容的價值，不只在發布當天有多少回應，也在於日後的人能否找到清楚來源。醫美版這份側記把既往活動、品牌服務圖與本屆現場影像分開呈現，留下不同時間的發展線索。對國際讀者而言，這是一個由台灣社群開始的入口；對企業而言，也是讓每一次合作有脈絡、有回看位置的內容工作。</w:t>
      </w:r>
    </w:p>
    <w:p>
      <w:r>
        <w:br/>
        <w:t>圖片與圖說</w:t>
      </w:r>
    </w:p>
    <w:p>
      <w:r>
        <w:t>醫美版既往公開活動資料照。圖／圓智創意提供，民生頭條報導、Yahoo刊載。</w:t>
      </w:r>
    </w:p>
    <w:p>
      <w:r>
        <w:t>https://fobi.self.com.tw/editorial/event-records/medical-board-event-archive.webp</w:t>
      </w:r>
    </w:p>
    <w:p>
      <w:r>
        <w:t>醫美版720度整合服務的既往品牌介紹圖。圖／圓智創意提供，民生頭條報導、Yahoo刊載。</w:t>
      </w:r>
    </w:p>
    <w:p>
      <w:r>
        <w:t>https://fobi.self.com.tw/editorial/report-photos/arthur-lin.jpg</w:t>
      </w:r>
    </w:p>
    <w:p>
      <w:r>
        <w:t>晚宴與舞台交流的現場全景。圖／活動方提供。</w:t>
      </w:r>
    </w:p>
    <w:p>
      <w:r>
        <w:t>https://fobi.self.com.tw/editorial/event-records/upload-05b02fcae8bb.jpg</w:t>
      </w:r>
    </w:p>
    <w:p>
      <w:r>
        <w:br/>
        <w:t>來源</w:t>
      </w:r>
    </w:p>
    <w:p>
      <w:r>
        <w:t>FOBI活動窗口｜合作與支持名單 https://fobi.self.com.tw/Fobi#partners</w:t>
      </w:r>
    </w:p>
    <w:p>
      <w:r>
        <w:t>Wow!NEWS｜2026總決賽報導與實拍 https://www.wownews.tw/2026/10/2026_01664561917.html</w:t>
      </w:r>
    </w:p>
    <w:p>
      <w:r>
        <w:t>醫美版／唯美平台｜公開品牌介紹 https://bevenus.com/sample-page/</w:t>
      </w:r>
    </w:p>
    <w:p>
      <w:r>
        <w:t>民生頭條／Yahoo｜創版人與社群服務報導 https://tw.news.yahoo.com/疫情升溫美的產業仍熱度不減-知名討論版服務再升級-071249037.html</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06｜把美麗留在生活裡：BeautiSelf美塑槍的國際舞台與品牌語言</w:t>
      </w:r>
    </w:p>
    <w:p>
      <w:r>
        <w:t>美麗生活小誌｜正文764個中文字</w:t>
      </w:r>
    </w:p>
    <w:p>
      <w:r>
        <w:t>由交流合影與女性風格出發，閱讀一個台灣品牌如何建立自己的敘事。</w:t>
      </w:r>
    </w:p>
    <w:p>
      <w:r>
        <w:t>醫美版編輯室／人物與品牌專題</w:t>
      </w:r>
    </w:p>
    <w:p>
      <w:r>
        <w:t>2026-11-02</w:t>
      </w:r>
    </w:p>
    <w:p>
      <w:r>
        <w:t>美麗生活小誌</w:t>
      </w:r>
    </w:p>
    <w:p>
      <w:r>
        <w:br/>
        <w:t>舞台之外，先看見相聚的樣子</w:t>
      </w:r>
    </w:p>
    <w:p>
      <w:r>
        <w:t>一場國際活動最容易被記住的，可能是聚光燈，也可能是合影時自然靠近的距離。活動方提供的交流照片，讓FOBI 2026不只有競賽結果，也留下參與者相聚的氣氛。名列支持名單的BeautiSelf美塑槍，本篇選擇由這些生活尺度切入，討論美麗品牌如何與人的自我感受及風格建立對話。</w:t>
      </w:r>
    </w:p>
    <w:p>
      <w:r>
        <w:br/>
        <w:t>一個名字，要讓讀者找到自己的理解</w:t>
      </w:r>
    </w:p>
    <w:p>
      <w:r>
        <w:t>美麗生活品牌面對的受眾，各有習慣與期待。國際觀眾第一次看到BeautiSelf，可能先記住英文名稱，也可能先透過活動認識台灣。接下來能否找到品牌介紹、正式品項與聯絡入口，會影響這份記憶能走多遠。品牌敘事因此需要清楚，也需要留給讀者依自身需要進一步了解的空間。</w:t>
      </w:r>
    </w:p>
    <w:p>
      <w:r>
        <w:br/>
        <w:t>讓形象與資訊各有位置</w:t>
      </w:r>
    </w:p>
    <w:p>
      <w:r>
        <w:t>時尚影像能呈現氛圍，產品文件則回答具體問題。介紹美塑槍這個品牌名稱時，本篇不憑外觀推測器材結構、操作或效果，而把重點放在活動參與與品牌溝通。這樣的安排，讓讀者可以欣賞國際交流，也知道如果關心實際產品，應再查閱品牌提供的正式說明，而不是由照片自行猜測。</w:t>
      </w:r>
    </w:p>
    <w:p>
      <w:r>
        <w:br/>
        <w:t>女性風格，不必只有同一種答案</w:t>
      </w:r>
    </w:p>
    <w:p>
      <w:r>
        <w:t>國際選美把不同文化與個人特色帶到同一舞台，也使美麗的討論不只剩下單一標準。品牌若希望與女性長期對話，可以先尊重每個人的選擇與生活節奏。自信可能來自專業、關係、經歷或日常習慣；讓這些面向有被說明的空間，也能使品牌內容更接近真實的人。</w:t>
      </w:r>
    </w:p>
    <w:p>
      <w:r>
        <w:br/>
        <w:t>台灣品牌如何被海外讀者認識</w:t>
      </w:r>
    </w:p>
    <w:p>
      <w:r>
        <w:t>跨文化溝通往往從簡單問題開始：品牌從哪裡來、在意什麼、如何取得資訊。FOBI提供一個相遇的場合，後續仍需要企業把自己的故事說完整。對品牌團隊而言，整理真實經歷與經營理念，較能建立穩定的對外介紹；創辦人的人物細節，也應由本人供稿或可查資料逐步補足。</w:t>
      </w:r>
    </w:p>
    <w:p>
      <w:r>
        <w:br/>
        <w:t>讓照片保留交流原貌</w:t>
      </w:r>
    </w:p>
    <w:p>
      <w:r>
        <w:t>本篇所用影像分別呈現活動合影與賽事風采，不把參與者的名次、體態或外貌連結為商品成果。佳麗在鏡頭前展現自己的樣子，與品牌在活動中的支持，可以同時被記錄而各有主體。這也是美麗生活敘事值得保留的尺度：讓人被看見，而不被簡化成一個宣傳效果。</w:t>
      </w:r>
    </w:p>
    <w:p>
      <w:r>
        <w:br/>
        <w:t>下一段故事，從清楚的介紹開始</w:t>
      </w:r>
    </w:p>
    <w:p>
      <w:r>
        <w:t>活動落幕後，BeautiSelf的支持關係成為可查閱的品牌記憶。未來若有正式企業介紹、創業訪談或具體國際合作，這份內容可以繼續延伸。從一次相聚走向長期經營，美麗品牌不只需要令人停留的影像，也需要能回應好奇的資訊，讓世界透過台灣的一個名字，認識更豐富的生活與女性故事。</w:t>
      </w:r>
    </w:p>
    <w:p>
      <w:r>
        <w:br/>
        <w:t>圖片與圖說</w:t>
      </w:r>
    </w:p>
    <w:p>
      <w:r>
        <w:t>參與者在活動舞台前合影。圖／活動方提供。</w:t>
      </w:r>
    </w:p>
    <w:p>
      <w:r>
        <w:t>https://fobi.self.com.tw/editorial/event-records/upload-d7678c243e8a.jpg</w:t>
      </w:r>
    </w:p>
    <w:p>
      <w:r>
        <w:t>2026-10-30總決賽活動資料照。圖／黃忠正・Wow!NEWS。</w:t>
      </w:r>
    </w:p>
    <w:p>
      <w:r>
        <w:t>https://storage.googleapis.com/wownews-images/posts/135247996571848_1421362313437498_8.webp</w:t>
      </w:r>
    </w:p>
    <w:p>
      <w:r>
        <w:t>2026-10-30總決賽活動資料照。圖／黃忠正・Wow!NEWS。</w:t>
      </w:r>
    </w:p>
    <w:p>
      <w:r>
        <w:t>https://storage.googleapis.com/wownews-images/posts/135247996571848_1421362313437498_9.webp</w:t>
      </w:r>
    </w:p>
    <w:p>
      <w:r>
        <w:br/>
        <w:t>來源</w:t>
      </w:r>
    </w:p>
    <w:p>
      <w:r>
        <w:t>FOBI活動窗口提供合作名單（本結案系列） https://fobi.self.com.tw/Fobi#partners</w:t>
      </w:r>
    </w:p>
    <w:p>
      <w:r>
        <w:t>Wow!NEWS｜總決賽實拍與賽後報導 https://www.wownews.tw/2026/10/2026_01664561917.html</w:t>
      </w:r>
    </w:p>
    <w:p>
      <w:r>
        <w:t>BeautiSelf 美塑槍｜背景資料來源 https://www.self.com.tw/</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07｜把前後端的需求接起來：唯美平台林弘修的整合服務思考</w:t>
      </w:r>
    </w:p>
    <w:p>
      <w:r>
        <w:t>平台經營人物誌｜正文799個中文字</w:t>
      </w:r>
    </w:p>
    <w:p>
      <w:r>
        <w:t>以720度整合服務的公開理念，閱讀企業、內容與使用者體驗如何形成合作關係。</w:t>
      </w:r>
    </w:p>
    <w:p>
      <w:r>
        <w:t>醫美版編輯室／人物與品牌專題</w:t>
      </w:r>
    </w:p>
    <w:p>
      <w:r>
        <w:t>2026-11-02</w:t>
      </w:r>
    </w:p>
    <w:p>
      <w:r>
        <w:t>平台經營人物誌</w:t>
      </w:r>
    </w:p>
    <w:p>
      <w:r>
        <w:br/>
        <w:t>品牌與使用者之間</w:t>
      </w:r>
    </w:p>
    <w:p>
      <w:r>
        <w:t>企業希望被理解，使用者希望得到清楚回應，兩者並不總在同一個地方相遇。唯美平台林弘修的公開整合服務理念，正提供閱讀這個問題的角度。本篇從經營者如何看待完整流程出發，讓FOBI的合作紀錄不只是一次曝光，也成為理解台灣平台企業如何串接內容、社群與服務的案例。</w:t>
      </w:r>
    </w:p>
    <w:p>
      <w:r>
        <w:br/>
        <w:t>林弘修的公開經營背景</w:t>
      </w:r>
    </w:p>
    <w:p>
      <w:r>
        <w:t>商工公開資料列林弘修為唯美平台代表人；企業介紹頁亦以執行長身分說明其整合服務理念。他曾以社群經營者的角色參與產業論壇，關注品牌端與使用者端如何產生有效連結。</w:t>
      </w:r>
    </w:p>
    <w:p>
      <w:r>
        <w:br/>
        <w:t>把720度概念轉成可理解的服務</w:t>
      </w:r>
    </w:p>
    <w:p>
      <w:r>
        <w:t>公開介紹將唯美平台的服務涵蓋到品牌內容、社群互動、數位資訊與客戶關係等面向，並以720度作為整合概念。對一般讀者而言，可以理解為讓企業端的資訊，與使用者從認識到後續提問的流程互相銜接。平台的服務價值，因而不只在建立一個網頁，也在於資料是否一致、入口是否清楚，以及問題能否被妥善回應。</w:t>
      </w:r>
    </w:p>
    <w:p>
      <w:r>
        <w:br/>
        <w:t>一致的流程，累積品牌信任</w:t>
      </w:r>
    </w:p>
    <w:p>
      <w:r>
        <w:t>依林弘修既往公開分享，品牌規劃與客戶體驗應被一併考慮。放在國際活動，這意味著照片、文案與合作連結需要說同一個故事；企業自我介紹也應方便不同文化的讀者閱讀。</w:t>
      </w:r>
    </w:p>
    <w:p>
      <w:r>
        <w:br/>
        <w:t>讓海外讀者找得到台灣品牌</w:t>
      </w:r>
    </w:p>
    <w:p>
      <w:r>
        <w:t>選美活動提供鮮明的文化與人物內容，數位平台則能讓這些內容在活動後繼續存在。對海外讀者而言，有日期、人物、品牌背景及來源的專題，較能回答這家公司與台灣有什麼關係。唯美平台參與本屆的紀錄，可作為跨域溝通起點；新增語言、服務市場與合作模式，仍須依實際需求與正式規劃落實。</w:t>
      </w:r>
    </w:p>
    <w:p>
      <w:r>
        <w:br/>
        <w:t>內容合作也需要尊重人物</w:t>
      </w:r>
    </w:p>
    <w:p>
      <w:r>
        <w:t>本屆參賽者以不同國家與文化經驗站上舞台，展現個人表達與準備成果。企業內容若能尊重姓名、影像與原意，便能讓品牌合作與人物故事相互支持。</w:t>
      </w:r>
    </w:p>
    <w:p>
      <w:r>
        <w:br/>
        <w:t>從入口到後續服務</w:t>
      </w:r>
    </w:p>
    <w:p>
      <w:r>
        <w:t>平台服務常被看成一個畫面，實際上還包含資訊更新、內容審閱與問題回覆。把這些不容易出現在宣傳圖裡的工作說清楚，才能讓企業和使用者都理解服務範圍。這也是林弘修整合思考可以延伸的經營課題：讓前端介紹與後續流程保持一致，讓品牌被記住的原因，不只是一時的視覺印象。</w:t>
      </w:r>
    </w:p>
    <w:p>
      <w:r>
        <w:br/>
        <w:t>被理解，才有下一步</w:t>
      </w:r>
    </w:p>
    <w:p>
      <w:r>
        <w:t>一份專題若能讓讀者看見品牌背景，又找到正式聯絡方式，國際曝光才有機會延續。唯美平台這次的故事，是把不同角色的需要放回同一段流程之中，再以可查的內容承接關注。後續合作要如何落實，仍依各案確認；而清楚、一致、尊重人物的品牌介紹，可以先成為下一次對話的共同基礎。</w:t>
      </w:r>
    </w:p>
    <w:p>
      <w:r>
        <w:br/>
        <w:t>圖片與圖說</w:t>
      </w:r>
    </w:p>
    <w:p>
      <w:r>
        <w:t>林弘修（右一）參與既往春美行銷管理交流論壇。圖／圓智創意提供，民生頭條報導、Yahoo刊載。</w:t>
      </w:r>
    </w:p>
    <w:p>
      <w:r>
        <w:t>https://fobi.self.com.tw/editorial/report-photos/arthur-forum.jpg</w:t>
      </w:r>
    </w:p>
    <w:p>
      <w:r>
        <w:t>不同國家佳麗身著禮服合影。圖／活動方提供，原圖保留Missosology標示。</w:t>
      </w:r>
    </w:p>
    <w:p>
      <w:r>
        <w:t>https://fobi.self.com.tw/editorial/event-records/upload-d3b4c80db39a.jpg</w:t>
      </w:r>
    </w:p>
    <w:p>
      <w:r>
        <w:t>2026-10-30總決賽活動資料照。圖／黃忠正・Wow!NEWS。</w:t>
      </w:r>
    </w:p>
    <w:p>
      <w:r>
        <w:t>https://storage.googleapis.com/wownews-images/posts/135247996571848_1421362313437498_10.webp</w:t>
      </w:r>
    </w:p>
    <w:p>
      <w:r>
        <w:br/>
        <w:t>來源</w:t>
      </w:r>
    </w:p>
    <w:p>
      <w:r>
        <w:t>FOBI活動窗口｜合作與支持名單 https://fobi.self.com.tw/Fobi#partners</w:t>
      </w:r>
    </w:p>
    <w:p>
      <w:r>
        <w:t>Wow!NEWS｜2026總決賽報導與實拍 https://www.wownews.tw/2026/10/2026_01664561917.html</w:t>
      </w:r>
    </w:p>
    <w:p>
      <w:r>
        <w:t>唯美平台｜企業與整合服務理念 https://bevenus.com/sample-page/</w:t>
      </w:r>
    </w:p>
    <w:p>
      <w:r>
        <w:t>經濟部｜唯美平台公司登記 https://findbiz.nat.gov.tw/fts/company/83515617</w:t>
      </w:r>
    </w:p>
    <w:p>
      <w:r>
        <w:t>民生頭條／Yahoo｜林弘修公開訪談與照片 https://tw.news.yahoo.com/疫情升溫美的產業仍熱度不減-知名討論版服務再升級-071249037.html</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08｜評審席上的另一種美：莊斯棋博士談自信、專業與健康老化</w:t>
      </w:r>
    </w:p>
    <w:p>
      <w:r>
        <w:t>供稿對談｜正文968個中文字</w:t>
      </w:r>
    </w:p>
    <w:p>
      <w:r>
        <w:t>從護理、生技到企業經營，三題供稿問答保留她看待女性成長與國際舞台的觀點。</w:t>
      </w:r>
    </w:p>
    <w:p>
      <w:r>
        <w:t>醫美版／活動方供稿・對談整理</w:t>
      </w:r>
    </w:p>
    <w:p>
      <w:r>
        <w:t>2026-11-02</w:t>
      </w:r>
    </w:p>
    <w:p>
      <w:r>
        <w:t>供稿對談</w:t>
      </w:r>
    </w:p>
    <w:p>
      <w:r>
        <w:br/>
        <w:t>活動紀錄</w:t>
      </w:r>
    </w:p>
    <w:p>
      <w:r>
        <w:t>選美評審看見的，不只有上台的那一刻。依活動方供稿，莊斯棋博士受邀擔任FOBI 2026評審；她的護理、生技與企業經營背景，也為理解女性的自信帶來不同線索。以下人物背景與三題問答依原始供稿整理，讓讀者從專業、學習與健康老化，閱讀她對美的看法。</w:t>
      </w:r>
    </w:p>
    <w:p>
      <w:r>
        <w:br/>
        <w:t>專業背景｜從照顧人的需求，到重視證據的訓練</w:t>
      </w:r>
    </w:p>
    <w:p>
      <w:r>
        <w:t>依活動方提供的人物資料，莊斯棋擁有國立臺北科技大學化學工程與生物科技博士學位，護理系出身並持有護理師執照，長年投入醫療生技及通路經營；亦曾修讀新加坡國立大學、臺大復旦及政大等 EMBA 課程。本文以修讀課程描述，不將其延伸為取得各校學位。</w:t>
      </w:r>
    </w:p>
    <w:p>
      <w:r>
        <w:t>供稿指出，她關注生物科技與醫學美學的結合，並從生技與解剖學角度理解面部老化的複雜性。這樣的觀點，也讓「美」的討論由單一局部延伸至整體協調、儀態與真實自信。</w:t>
      </w:r>
    </w:p>
    <w:p>
      <w:r>
        <w:br/>
        <w:t>國際行銷觀察｜讓女性專業成為台灣故事的一部分</w:t>
      </w:r>
    </w:p>
    <w:p>
      <w:r>
        <w:t>國際選美提供的不只是外貌展示，也是女性經歷、表達能力與社會關懷被看見的場合。從企業人物報導角度，莊斯棋的跨域背景讓台灣生技、專業教育與女性經營者的故事有機會與不同文化對話。這是本篇的編輯觀察，並非她另行宣布的海外布局或商業成果。</w:t>
      </w:r>
    </w:p>
    <w:p>
      <w:r>
        <w:t>問：這次擔任世界美顏小姐評審，您最看重佳麗哪些特質？</w:t>
      </w:r>
    </w:p>
    <w:p>
      <w:r>
        <w:t>答：外在的美讓人留下第一印象，但自信、內涵與待人的真誠，才會讓人記住。我最看重佳麗是否了解自己、能否清楚表達想法，以及面對壓力時的穩定與風度。我也期待看見她們對社會的關心，願意運用自己的影響力，為他人帶來正向改變。對我而言，美可以有很多樣貌，而有思想、有溫度的女性，特別有魅力。</w:t>
      </w:r>
    </w:p>
    <w:p>
      <w:r>
        <w:t>問：從護理師、生技博士到企業經營者，您想對追求專業與夢想的女性說什麼？</w:t>
      </w:r>
    </w:p>
    <w:p>
      <w:r>
        <w:t>答：一路走來，我始終有一個習慣：遇到問題，就追根究底，把事情做好、做透。護理工作讓我學會照顧人的需求，博士訓練讓我重視證據，企業經營則讓我學會承擔責任。我想告訴女性朋友，不必要求自己一開始就什麼都會，但要願意持續學習、累積能力。妳可以有不同的角色，也可以在任何階段重新出發。當妳一步一步把專業做扎實，就會更有底氣，選擇自己想走的路。</w:t>
      </w:r>
    </w:p>
    <w:p>
      <w:r>
        <w:t>問：您如何看待「由內而外的美」與健康老化？</w:t>
      </w:r>
    </w:p>
    <w:p>
      <w:r>
        <w:t>答：我的護理與生技背景，讓我看待美的時候，也會關心一個人的健康、生活習慣與心理狀態。我認為，由內而外的美，是照顧好身體，也能欣賞自己、自在地與人相處。健康老化對我而言，是隨著年齡增長，仍然保有活力、自主生活的能力，以及對世界的好奇心。我希望每一位女性都能在重視安全、了解自身需求的基礎上，照顧自己，成為每個年齡階段狀態最好的自己。</w:t>
      </w:r>
    </w:p>
    <w:p>
      <w:r>
        <w:t>在台灣邁入超高齡社會的背景下，健康老化可以從維持日常功能與自主生活理解。世界衛生組織將健康老化描述為發展及維持有助老年福祉的功能能力；這也讓本篇對談的健康、活力與生活選擇，有了更廣泛的公共討論脈絡。</w:t>
      </w:r>
    </w:p>
    <w:p>
      <w:r>
        <w:t>依活動方資料，醫見傳媒有限公司與己美 SELF 參與本屆推廣，並與「醫美整形保養交流討論版」社群合作。透過賽事與人物專題，讓專業、自信及多元美的觀念被更多人閱讀，也是這份賽後紀錄希望延續的內容。</w:t>
      </w:r>
    </w:p>
    <w:p>
      <w:r>
        <w:br/>
        <w:t>圖片與圖說</w:t>
      </w:r>
    </w:p>
    <w:p>
      <w:r>
        <w:t>2026-10-30總決賽活動資料照。圖／黃忠正・Wow!NEWS。</w:t>
      </w:r>
    </w:p>
    <w:p>
      <w:r>
        <w:t>https://storage.googleapis.com/wownews-images/posts/135247996571848_1421362313437498_11.webp</w:t>
      </w:r>
    </w:p>
    <w:p>
      <w:r>
        <w:t>2026-10-30總決賽活動資料照。圖／黃忠正・Wow!NEWS。</w:t>
      </w:r>
    </w:p>
    <w:p>
      <w:r>
        <w:t>https://storage.googleapis.com/wownews-images/posts/135247996571848_1421362313437498_12.webp</w:t>
      </w:r>
    </w:p>
    <w:p>
      <w:r>
        <w:t>2026-10-30總決賽活動資料照。圖／黃忠正・Wow!NEWS。</w:t>
      </w:r>
    </w:p>
    <w:p>
      <w:r>
        <w:t>https://storage.googleapis.com/wownews-images/posts/135247996571848_1421362313437498_13.webp</w:t>
      </w:r>
    </w:p>
    <w:p>
      <w:r>
        <w:br/>
        <w:t>來源</w:t>
      </w:r>
    </w:p>
    <w:p>
      <w:r>
        <w:t>FOBI活動窗口提供合作名單（本結案系列） https://fobi.self.com.tw/Fobi#partners</w:t>
      </w:r>
    </w:p>
    <w:p>
      <w:r>
        <w:t>Wow!NEWS｜總決賽實拍與賽後報導 https://www.wownews.tw/2026/10/2026_01664561917.html</w:t>
      </w:r>
    </w:p>
    <w:p>
      <w:r>
        <w:t>莊斯棋博士｜背景資料來源 https://www.nurse.org.tw/filecenter/D/8DA634866900D61053/111跨域談新NursingPlus論壇.pdf</w:t>
      </w:r>
    </w:p>
    <w:p>
      <w:r>
        <w:t>活動方提供｜莊斯棋博士人物稿與三題對談 https://fobi.self.com.tw/news/chuang-fobi-2026#interview</w:t>
      </w:r>
    </w:p>
    <w:p>
      <w:r>
        <w:t>WHO｜Healthy ageing and functional ability https://www.who.int/news-room/questions-and-answers/item/healthy-ageing-and-functional-ability</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09｜一場選美，如何成為認識台灣的起點？劉培希的跨文化交流側記</w:t>
      </w:r>
    </w:p>
    <w:p>
      <w:r>
        <w:t>跨文化交流札記｜正文783個中文字</w:t>
      </w:r>
    </w:p>
    <w:p>
      <w:r>
        <w:t>從公開經貿背景與佳麗文化影像，閱讀國際活動裡的相互理解。</w:t>
      </w:r>
    </w:p>
    <w:p>
      <w:r>
        <w:t>醫美版編輯室／人物與品牌專題</w:t>
      </w:r>
    </w:p>
    <w:p>
      <w:r>
        <w:t>2026-11-02</w:t>
      </w:r>
    </w:p>
    <w:p>
      <w:r>
        <w:t>跨文化交流札記</w:t>
      </w:r>
    </w:p>
    <w:p>
      <w:r>
        <w:br/>
        <w:t>當國際活動走進在地文化</w:t>
      </w:r>
    </w:p>
    <w:p>
      <w:r>
        <w:t>活動方提供的書畫交流影像中，不同國家肩帶與中文作品出現在同一畫面。這種相遇，讓選美的台灣旅程超越舞台形式，也讓不同背景的人開始理解彼此。Patrick Hafenstein劉培希名列本屆支持名單，本篇以他的公開經貿交流背景為線索，閱讀文化活動如何成為認識一個地方的起點。</w:t>
      </w:r>
    </w:p>
    <w:p>
      <w:r>
        <w:br/>
        <w:t>一個可以查閱的專業背景</w:t>
      </w:r>
    </w:p>
    <w:p>
      <w:r>
        <w:t>新北市政府公開資料曾以澳大利亞昆士蘭州貿易暨投資辦事處處長介紹劉培希。這段紀錄提供經貿與國際交流的背景，本篇依其原有時間與職務範圍書寫，不把歷史介紹改成現任身分。人物的價值也不必透過擴大的頭銜呈現；具體的交流經驗，已足以帶來不同於賽事評選的閱讀角度。</w:t>
      </w:r>
    </w:p>
    <w:p>
      <w:r>
        <w:br/>
        <w:t>第一次理解，常從生活細節開始</w:t>
      </w:r>
    </w:p>
    <w:p>
      <w:r>
        <w:t>外來參與者認識台灣，可能從城市移動、接待方式或文化體驗開始。企業與專業人士若想開啟對話，也需要先理解對方熟悉的生活語言。文化活動的意義，在於提供共同的場景，讓人不必只依賴正式簡報，就能開始交換觀察；後續更深入的關係，則需要持續的聯繫與清楚資訊。</w:t>
      </w:r>
    </w:p>
    <w:p>
      <w:r>
        <w:br/>
        <w:t>經貿交流與文化交流，可以互相啟發</w:t>
      </w:r>
    </w:p>
    <w:p>
      <w:r>
        <w:t>從經貿背景閱讀選美，能提醒我們相遇並不等同立即成交。理解市場、彼此的專業及合作規則，都需要時間。國際活動可以讓台灣的產業、教育與服務被介紹，但每一項正式合作仍有自己的程序。這樣的區分，讓文化交流保有開放性，也讓企業日後的商務對話有更穩定的基礎。</w:t>
      </w:r>
    </w:p>
    <w:p>
      <w:r>
        <w:br/>
        <w:t>讓差異成為值得傾聽的內容</w:t>
      </w:r>
    </w:p>
    <w:p>
      <w:r>
        <w:t>國際佳麗帶著不同語言與文化經驗來到台灣，並不是為了呈現完全相同的樣貌。觀眾可以從她們的服裝、表達與參與方式，理解多元自信。對支持者而言，尊重差異也能成為交流的態度：先聽見對方在意的問題，再尋找可共同討論的方向，讓國際活動不只追求熱鬧。</w:t>
      </w:r>
    </w:p>
    <w:p>
      <w:r>
        <w:br/>
        <w:t>照片記錄相遇，資料保留脈絡</w:t>
      </w:r>
    </w:p>
    <w:p>
      <w:r>
        <w:t>本篇使用文化交流與賽事資料照呈現活動背景，不據此認定劉培希本人出現在每張畫面，也不新增沒有紀錄的現場致詞。這份側記把可查的專業背景與國際活動的共同議題放在一起，提供一個認識台灣對外交流的角度，同時讓不同來源的資訊保持各自清楚的範圍。</w:t>
      </w:r>
    </w:p>
    <w:p>
      <w:r>
        <w:br/>
        <w:t>讓台灣的故事有下一次對話</w:t>
      </w:r>
    </w:p>
    <w:p>
      <w:r>
        <w:t>活動結束後，一個完整的紀錄入口，能讓海外參與者重新找到曾經接觸的文化與品牌。劉培希專題保留支持關係與公開背景，讓下一次媒體或企業聯繫有資料可循。台灣的國際能見度，因而可以從一場比賽的注意力，延伸成更長期的相互理解與合作可能，而不是只留下短暫的舞台印象。</w:t>
      </w:r>
    </w:p>
    <w:p>
      <w:r>
        <w:br/>
        <w:t>圖片與圖說</w:t>
      </w:r>
    </w:p>
    <w:p>
      <w:r>
        <w:t>國際佳麗參與書畫文化交流的活動資料照。圖／活動方提供，保留原圖Missosology標示。</w:t>
      </w:r>
    </w:p>
    <w:p>
      <w:r>
        <w:t>https://fobi.self.com.tw/editorial/event-records/upload-f8748e02554c.jpg</w:t>
      </w:r>
    </w:p>
    <w:p>
      <w:r>
        <w:t>2026-10-30總決賽活動資料照。圖／黃忠正・Wow!NEWS。</w:t>
      </w:r>
    </w:p>
    <w:p>
      <w:r>
        <w:t>https://storage.googleapis.com/wownews-images/posts/135247996571848_1421362313437498_14.webp</w:t>
      </w:r>
    </w:p>
    <w:p>
      <w:r>
        <w:t>2026-10-30總決賽活動資料照。圖／黃忠正・Wow!NEWS。</w:t>
      </w:r>
    </w:p>
    <w:p>
      <w:r>
        <w:t>https://storage.googleapis.com/wownews-images/posts/135247996571848_1421362313437498_15.webp</w:t>
      </w:r>
    </w:p>
    <w:p>
      <w:r>
        <w:br/>
        <w:t>來源</w:t>
      </w:r>
    </w:p>
    <w:p>
      <w:r>
        <w:t>FOBI活動窗口提供合作名單（本結案系列） https://fobi.self.com.tw/Fobi#partners</w:t>
      </w:r>
    </w:p>
    <w:p>
      <w:r>
        <w:t>Wow!NEWS｜總決賽實拍與賽後報導 https://www.wownews.tw/2026/10/2026_01664561917.html</w:t>
      </w:r>
    </w:p>
    <w:p>
      <w:r>
        <w:t>Patrick Hafenstein 劉培希｜背景資料來源 https://www.sec.ntpc.gov.tw/home.jsp?act=be4f48068b2b0031&amp;dataserno=0e806f774b682e045cf4000b3c2e8f03&amp;id=228e2b36381ba710</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10｜先認識名字，再理解用途：量子水精的品牌資訊與國際交流課題</w:t>
      </w:r>
    </w:p>
    <w:p>
      <w:r>
        <w:t>產品身分解讀｜正文796個中文字</w:t>
      </w:r>
    </w:p>
    <w:p>
      <w:r>
        <w:t>由活動展示談起，把產品身分、資訊透明與台灣品牌溝通分開說清楚。</w:t>
      </w:r>
    </w:p>
    <w:p>
      <w:r>
        <w:t>醫美版編輯室／人物與品牌專題</w:t>
      </w:r>
    </w:p>
    <w:p>
      <w:r>
        <w:t>2026-11-02</w:t>
      </w:r>
    </w:p>
    <w:p>
      <w:r>
        <w:t>產品身分解讀</w:t>
      </w:r>
    </w:p>
    <w:p>
      <w:r>
        <w:br/>
        <w:t>展示桌上的名字，引出讀者的問題</w:t>
      </w:r>
    </w:p>
    <w:p>
      <w:r>
        <w:t>活動方提供的交流影像，留下佳麗、展示桌與多種品項同框的畫面。品牌名稱能引起好奇，卻不一定直接告訴讀者商品如何使用。量子水精名列FOBI 2026支持名單，本篇由辨識品牌的第一步切入：在談國際行銷之前，先讓人知道自己看到什麼，以及下一步能到哪裡查閱正式資訊。</w:t>
      </w:r>
    </w:p>
    <w:p>
      <w:r>
        <w:br/>
        <w:t>產品身分需要正式資料支持</w:t>
      </w:r>
    </w:p>
    <w:p>
      <w:r>
        <w:t>公開醫療器材資料索引列有量子水精一般醫療器械用消毒劑及曜和實業申請商資訊。這項背景適合用來查核產品名稱與類別，而不應僅憑量子二字推導作用機制。核准狀態、適用範圍與使用方式，仍須回到官方查詢及正式標示；活動報導所做的，是把查閱路徑留給有需要的讀者。</w:t>
      </w:r>
    </w:p>
    <w:p>
      <w:r>
        <w:br/>
        <w:t>容易被記住，也要容易被理解</w:t>
      </w:r>
    </w:p>
    <w:p>
      <w:r>
        <w:t>品牌跨越不同語言時，名稱與包裝通常是最早接觸的資訊。若產品介紹能同時提供品名、用途、限制與聯絡方式，便能減少觀眾自行猜測。這種清楚並不是宣傳之外的附屬工作，而是品牌建立理解的重要部分。當國際受眾對產品類別並不熟悉，資訊的可讀性尤其值得用心安排。</w:t>
      </w:r>
    </w:p>
    <w:p>
      <w:r>
        <w:br/>
        <w:t>一次交流，不能代替產品說明</w:t>
      </w:r>
    </w:p>
    <w:p>
      <w:r>
        <w:t>與佳麗合影或出現在展示桌上，可以構成品牌參與的紀錄，卻不是使用教學。讀者不應由一張活動照判斷是否適合自己，更不宜把不同種類的商品混為同一用途。把活動支持與產品資訊分開整理，能讓宣傳保持清楚，也讓品牌日後面對專業或商務問題時，有相應的正式內容可以回應。</w:t>
      </w:r>
    </w:p>
    <w:p>
      <w:r>
        <w:br/>
        <w:t>企業故事，可以從透明開始累積</w:t>
      </w:r>
    </w:p>
    <w:p>
      <w:r>
        <w:t>產品品牌的創辦理念與發展歷程，最好由可查的企業資料或本人訪談說明。現有支持紀錄先提供一次國際活動的連結，並不替企業補寫沒有來源的創業故事。從經營角度看，願意逐步整理正式資料、說明自己提供的內容，也是一種能被長期理解的品牌態度，而非只靠名稱產生想像。</w:t>
      </w:r>
    </w:p>
    <w:p>
      <w:r>
        <w:br/>
        <w:t>台灣品牌面向國際的共同功課</w:t>
      </w:r>
    </w:p>
    <w:p>
      <w:r>
        <w:t>不同市場各有法規、語言與使用情境。企業希望由台灣開展合作，應讓合作對象知道產品的實際身分與所需文件，再談市場與通路。FOBI讓品牌與多元觀眾相遇，後續內容則需要承接這份關注；若有海外計畫或商業成果，仍應由實際紀錄說明，與本屆活動的支持關係分別呈現。</w:t>
      </w:r>
    </w:p>
    <w:p>
      <w:r>
        <w:br/>
        <w:t>留下清楚而耐讀的品牌入口</w:t>
      </w:r>
    </w:p>
    <w:p>
      <w:r>
        <w:t>量子水精專題採取產品身分解讀的形式，讓讀者由活動展示回到資訊來源。照片保存交流，文字提供脈絡，正式文件回答用途，各自形成完整介紹的一部分。當品牌能在被看見之後，也被正確地理解，一次國際賽事就有機會成為更長期溝通的開始，讓台灣企業與海外受眾建立清楚的對話基礎。</w:t>
      </w:r>
    </w:p>
    <w:p>
      <w:r>
        <w:br/>
        <w:t>圖片與圖說</w:t>
      </w:r>
    </w:p>
    <w:p>
      <w:r>
        <w:t>品牌交流與展示合影。圖／活動方提供；品項歸屬依正式標示辨識。</w:t>
      </w:r>
    </w:p>
    <w:p>
      <w:r>
        <w:t>https://fobi.self.com.tw/editorial/event-records/upload-887e25dfc53b.jpg</w:t>
      </w:r>
    </w:p>
    <w:p>
      <w:r>
        <w:t>2026-10-30總決賽活動資料照。圖／黃忠正・Wow!NEWS。</w:t>
      </w:r>
    </w:p>
    <w:p>
      <w:r>
        <w:t>https://storage.googleapis.com/wownews-images/posts/135247996571848_1421362313437498_16.webp</w:t>
      </w:r>
    </w:p>
    <w:p>
      <w:r>
        <w:t>2026-10-30總決賽活動資料照。圖／黃忠正・Wow!NEWS。</w:t>
      </w:r>
    </w:p>
    <w:p>
      <w:r>
        <w:t>https://storage.googleapis.com/wownews-images/posts/135247996571848_1421362313437498_17.webp</w:t>
      </w:r>
    </w:p>
    <w:p>
      <w:r>
        <w:br/>
        <w:t>來源</w:t>
      </w:r>
    </w:p>
    <w:p>
      <w:r>
        <w:t>FOBI活動窗口提供合作名單（本結案系列） https://fobi.self.com.tw/Fobi#partners</w:t>
      </w:r>
    </w:p>
    <w:p>
      <w:r>
        <w:t>Wow!NEWS｜總決賽實拍與賽後報導 https://www.wownews.tw/2026/10/2026_01664561917.html</w:t>
      </w:r>
    </w:p>
    <w:p>
      <w:r>
        <w:t>MedCheck｜量子水精公開產品身分索引（正式狀態請回官方查核） https://medcheck.tw/license/80263</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11｜比一次握手更長的關係：源自資本林弘修的跨域合作視角</w:t>
      </w:r>
    </w:p>
    <w:p>
      <w:r>
        <w:t>經營者觀察｜正文772個中文字</w:t>
      </w:r>
    </w:p>
    <w:p>
      <w:r>
        <w:t>從經營者背景、策略資源到品牌故事，閱讀國際活動之外的長期合作視角。</w:t>
      </w:r>
    </w:p>
    <w:p>
      <w:r>
        <w:t>醫美版編輯室／人物與品牌專題</w:t>
      </w:r>
    </w:p>
    <w:p>
      <w:r>
        <w:t>2026-11-02</w:t>
      </w:r>
    </w:p>
    <w:p>
      <w:r>
        <w:t>經營者觀察</w:t>
      </w:r>
    </w:p>
    <w:p>
      <w:r>
        <w:br/>
        <w:t>先理解彼此，再談共同前進</w:t>
      </w:r>
    </w:p>
    <w:p>
      <w:r>
        <w:t>文化活動把不同產業的人帶到同一場合，真正的關係卻往往在第一次相遇之後才開始。源自資本與林弘修的本屆支持紀錄，適合由這個時間尺度閱讀：企業如何理解彼此，資源如何找到合適方向，以及一次國際活動能留下哪些可供日後查閱的內容，而不只是一張短暫的合影。</w:t>
      </w:r>
    </w:p>
    <w:p>
      <w:r>
        <w:br/>
        <w:t>林弘修與企業的公開連結</w:t>
      </w:r>
    </w:p>
    <w:p>
      <w:r>
        <w:t>另據既往公開報導，他參與醫美社群與品牌整合服務，關注企業如何理解消費者需求。</w:t>
      </w:r>
    </w:p>
    <w:p>
      <w:r>
        <w:br/>
        <w:t>策略資源平台的服務定位</w:t>
      </w:r>
    </w:p>
    <w:p>
      <w:r>
        <w:t>活動方提供的YOHO Global官網，以Source Capital介紹策略資源平台，內容涉及企業發展、資源規劃及合作評估。這類服務與一般消費商品不同，讀者更需要理解合作目的、決策流程與責任範圍。</w:t>
      </w:r>
    </w:p>
    <w:p>
      <w:r>
        <w:br/>
        <w:t>由整合經驗閱讀經營方向</w:t>
      </w:r>
    </w:p>
    <w:p>
      <w:r>
        <w:t>從林弘修公開談及的整合服務經驗，可觀察他對品牌規劃與完整服務流程的重視。放在跨域企業合作，這種思維有助討論如何把不同角色的需求串接，而不只追求一次露出。</w:t>
      </w:r>
    </w:p>
    <w:p>
      <w:r>
        <w:br/>
        <w:t>文化相遇之後的商務步驟</w:t>
      </w:r>
    </w:p>
    <w:p>
      <w:r>
        <w:t>選美賽事可以開啟對話，跨國合作則還需要理解市場、專業資格與在地規則。企業若希望由台灣走向海外，清楚的公司介紹、可查的合作範圍及穩定聯絡窗口，都能降低最初的資訊落差。</w:t>
      </w:r>
    </w:p>
    <w:p>
      <w:r>
        <w:br/>
        <w:t>參與者帶來的不同生命故事</w:t>
      </w:r>
    </w:p>
    <w:p>
      <w:r>
        <w:t>國際佳麗帶來不同文化與人生經驗，企業支持則使台灣的產業角色有機會進入同一個故事。報導以既往人物資料照與本屆賽事照並列，呈現經營者背景及活動脈絡，兩者不代表同一次拍攝。對品牌而言，理解參與者、尊重文化差異及保存交流內容，都是讓合作關係能長久累積的基礎。</w:t>
      </w:r>
    </w:p>
    <w:p>
      <w:r>
        <w:br/>
        <w:t>資源整合，先從角色與責任開始</w:t>
      </w:r>
    </w:p>
    <w:p>
      <w:r>
        <w:t>企業發展需要不同資源配合，但每一方能提供什麼、如何作決定、哪些內容可以公開，都應在合作前說明。這類工作不一定有熱鬧的畫面，卻影響關係能否持續。從源自資本的策略資源定位閱讀，本屆活動適合被看成交流入口，而不是財務績效的展示。對海外夥伴而言，清楚的公司資料、評估方式與可聯絡窗口，也較能支持第一次正式對話。當合作從理解需求開始，再逐步確認範圍，文化場合累積的認識才有機會轉成實際而長期的工作。</w:t>
      </w:r>
    </w:p>
    <w:p>
      <w:r>
        <w:br/>
        <w:t>讓合作有可以追溯的路徑</w:t>
      </w:r>
    </w:p>
    <w:p>
      <w:r>
        <w:t>當公司背景、負責角色與合作範圍保持清楚，未來對話就能少一些資訊落差。源自資本專題以長期關係而非短期成果作為主軸，讓讀者看見台灣企業參與跨域活動的可能方向。文化相遇可以提供開端，正式商務則需要自己的評估與程序；兩者各自被理解，才能讓國際合作保持穩定而具體。</w:t>
      </w:r>
    </w:p>
    <w:p>
      <w:r>
        <w:br/>
        <w:t>圖片與圖說</w:t>
      </w:r>
    </w:p>
    <w:p>
      <w:r>
        <w:t>活動出席者交流合影。圖／活動方提供，未逐一確認人物企業職務。</w:t>
      </w:r>
    </w:p>
    <w:p>
      <w:r>
        <w:t>https://fobi.self.com.tw/editorial/event-records/upload-189611eed290.jpg</w:t>
      </w:r>
    </w:p>
    <w:p>
      <w:r>
        <w:t>2026-10-30總決賽活動資料照。圖／黃忠正・Wow!NEWS。</w:t>
      </w:r>
    </w:p>
    <w:p>
      <w:r>
        <w:t>https://storage.googleapis.com/wownews-images/posts/135247996571848_1421362313437498_18.webp</w:t>
      </w:r>
    </w:p>
    <w:p>
      <w:r>
        <w:t>2026-10-30總決賽活動資料照。圖／黃忠正・Wow!NEWS。</w:t>
      </w:r>
    </w:p>
    <w:p>
      <w:r>
        <w:t>https://storage.googleapis.com/wownews-images/posts/135247996571848_1421362313437498_19.webp</w:t>
      </w:r>
    </w:p>
    <w:p>
      <w:r>
        <w:br/>
        <w:t>來源</w:t>
      </w:r>
    </w:p>
    <w:p>
      <w:r>
        <w:t>FOBI活動窗口｜合作與支持名單 https://fobi.self.com.tw/Fobi#partners</w:t>
      </w:r>
    </w:p>
    <w:p>
      <w:r>
        <w:t>Wow!NEWS｜2026總決賽報導與實拍 https://www.wownews.tw/2026/10/2026_01664561917.html</w:t>
      </w:r>
    </w:p>
    <w:p>
      <w:r>
        <w:t>經濟部｜源自資本公司登記 https://findbiz.nat.gov.tw/fts/company/90273115</w:t>
      </w:r>
    </w:p>
    <w:p>
      <w:r>
        <w:t>YOHO Global｜Source Capital平台介紹 https://yoho-global.com/platforms/capital</w:t>
      </w:r>
    </w:p>
    <w:p>
      <w:r>
        <w:t>唯美平台｜林弘修與整合服務理念 https://bevenus.com/sample-page/</w:t>
      </w:r>
    </w:p>
    <w:p>
      <w:r>
        <w:t>民生頭條／Yahoo｜林弘修既往公開訪談 https://tw.news.yahoo.com/疫情升溫美的產業仍熱度不減-知名討論版服務再升級-071249037.html</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12｜把六種專業放進同一個系統：曜和的健康產業拼圖</w:t>
      </w:r>
    </w:p>
    <w:p>
      <w:r>
        <w:t>企業系統剖面｜正文733個中文字</w:t>
      </w:r>
    </w:p>
    <w:p>
      <w:r>
        <w:t>以YOHO Global公開事業架構為脈絡，從陳湧仁博士的跨域願景，看台灣品牌如何與世界對話。</w:t>
      </w:r>
    </w:p>
    <w:p>
      <w:r>
        <w:t>醫美版編輯室／人物與品牌專題</w:t>
      </w:r>
    </w:p>
    <w:p>
      <w:r>
        <w:t>2026-11-02</w:t>
      </w:r>
    </w:p>
    <w:p>
      <w:r>
        <w:t>企業系統剖面</w:t>
      </w:r>
    </w:p>
    <w:p>
      <w:r>
        <w:br/>
        <w:t>從單項能力，到彼此配合</w:t>
      </w:r>
    </w:p>
    <w:p>
      <w:r>
        <w:t>醫療、科技、數據與企業營運，往往使用不同的工作語言。曜和相關品牌架構所呈現的，是如何讓這些能力在同一段發展路徑中配合。這也讓它支持FOBI的故事有了產業整合的切入點：當國際觀眾由活動認識台灣，企業需要說明的不只是自己擁有什麼，更是不同專業如何形成完整的合作方式。</w:t>
      </w:r>
    </w:p>
    <w:p>
      <w:r>
        <w:br/>
        <w:t>品牌創辦人與法人角色</w:t>
      </w:r>
    </w:p>
    <w:p>
      <w:r>
        <w:t>YOHO Global創辦人頁介紹陳湧仁醫學博士，專業背景橫跨神經外科、再生醫學創新與人工智慧醫療架構。另據商工登記，曜和實業股份有限公司代表人為陳涵琳。</w:t>
      </w:r>
    </w:p>
    <w:p>
      <w:r>
        <w:br/>
        <w:t>產品、臨床與營運的共同路徑</w:t>
      </w:r>
    </w:p>
    <w:p>
      <w:r>
        <w:t>官網列出的事業面向涵蓋醫療服務、策略資源、數位智慧、健康資料、產品與臨床營運。對一般觀眾而言，這可以理解為一項創新需要研究、專業評估、品質管理與服務流程互相配合，才能走進真實生活。產品的實際用途、上市資格與銷售地區，仍須依個別資料確認；本次合作也不代表所有研發項目已經商品化。</w:t>
      </w:r>
    </w:p>
    <w:p>
      <w:r>
        <w:br/>
        <w:t>讓創新有證據，也有人負責</w:t>
      </w:r>
    </w:p>
    <w:p>
      <w:r>
        <w:t>依創辦人公開介紹，YOHO重視把研究能力與實際執行連接，並由人承擔重要決策責任。這項方向放在企業發展上，意味著國際成長需要可持續的團隊與制度，而非只增加市場名稱。將專業說明、服務體驗與合作流程整理清楚，有助不同國家的夥伴在首次接觸時理解品牌如何工作，也讓長期合作有共同語言。</w:t>
      </w:r>
    </w:p>
    <w:p>
      <w:r>
        <w:br/>
        <w:t>不同市場，各有實際階段</w:t>
      </w:r>
    </w:p>
    <w:p>
      <w:r>
        <w:t>品牌網站將台灣列為已營運，日本與紐西蘭列為策略合作，澳門與海南列為建置中，其他部分市場則屬規劃。這些階段應被分別理解，不能把意向寫成已完成的據點。對台灣企業而言，公開階段與合作範圍，本身就是可信賴的國際溝通方式；FOBI的參與紀錄可以增加認識品牌的入口，後續商務仍須正式洽談。</w:t>
      </w:r>
    </w:p>
    <w:p>
      <w:r>
        <w:br/>
        <w:t>國際活動帶來的理解入口</w:t>
      </w:r>
    </w:p>
    <w:p>
      <w:r>
        <w:t>國際佳麗在台灣展現儀態、文化與表達能力，讓觀眾看見多元的自信。企業參與這類活動，可由共同關心的生活與健康議題開啟交流，再以企業資料承接關注。</w:t>
      </w:r>
    </w:p>
    <w:p>
      <w:r>
        <w:br/>
        <w:t>讓系統被看懂，也讓階段被看懂</w:t>
      </w:r>
    </w:p>
    <w:p>
      <w:r>
        <w:t>一個集團的國際敘事，若能同時說明能力與目前階段，讀者便不必把所有規劃混成同一種成果。曜和專題以系統剖面呈現公開架構，活動影像則保存文化交流的背景。未來企業若提出正式計畫與可確認紀錄，這份內容便能持續延伸，讓世界看見台灣整合專業的方式，也理解每一步如何實際前進。</w:t>
      </w:r>
    </w:p>
    <w:p>
      <w:r>
        <w:br/>
        <w:t>圖片與圖說</w:t>
      </w:r>
    </w:p>
    <w:p>
      <w:r>
        <w:t>宸曜診所竹北門面資料照。圖／宸曜國際醫療體系公開網站。</w:t>
      </w:r>
    </w:p>
    <w:p>
      <w:r>
        <w:t>https://fobi.self.com.tw/editorial/report-photos/gclinic-zhubei.jpg</w:t>
      </w:r>
    </w:p>
    <w:p>
      <w:r>
        <w:t>2026-10-30總決賽活動資料照。圖／黃忠正・Wow!NEWS。</w:t>
      </w:r>
    </w:p>
    <w:p>
      <w:r>
        <w:t>https://storage.googleapis.com/wownews-images/posts/135247996571848_1421362313437498_20.webp</w:t>
      </w:r>
    </w:p>
    <w:p>
      <w:r>
        <w:t>2026-10-30總決賽活動資料照。圖／黃忠正・Wow!NEWS。</w:t>
      </w:r>
    </w:p>
    <w:p>
      <w:r>
        <w:t>https://storage.googleapis.com/wownews-images/posts/135247996571848_1421362313437498_21.webp</w:t>
      </w:r>
    </w:p>
    <w:p>
      <w:r>
        <w:br/>
        <w:t>來源</w:t>
      </w:r>
    </w:p>
    <w:p>
      <w:r>
        <w:t>FOBI活動窗口｜合作與支持名單 https://fobi.self.com.tw/Fobi#partners</w:t>
      </w:r>
    </w:p>
    <w:p>
      <w:r>
        <w:t>Wow!NEWS｜2026總決賽報導與實拍 https://www.wownews.tw/2026/10/2026_01664561917.html</w:t>
      </w:r>
    </w:p>
    <w:p>
      <w:r>
        <w:t>YOHO Global｜品牌與事業架構 https://yoho-global.com/zh-tw</w:t>
      </w:r>
    </w:p>
    <w:p>
      <w:r>
        <w:t>YOHO Global｜創辦人介紹 https://yoho-global.com/about/founder</w:t>
      </w:r>
    </w:p>
    <w:p>
      <w:r>
        <w:t>YOHO Global｜產品與醫療科技 https://yoho-global.com/platforms/medical-technology</w:t>
      </w:r>
    </w:p>
    <w:p>
      <w:r>
        <w:t>經濟部｜曜和實業公司登記 https://findbiz.nat.gov.tw/fts/company/89135488</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13｜從一次診療想到一段健康旅程：宸曜創辦人陳湧仁的事業側寫</w:t>
      </w:r>
    </w:p>
    <w:p>
      <w:r>
        <w:t>創辦人事業側寫｜正文795個中文字</w:t>
      </w:r>
    </w:p>
    <w:p>
      <w:r>
        <w:t>從創辦人的臨床背景、品牌故事到既有海外交流，讓世界認識台灣健康服務。</w:t>
      </w:r>
    </w:p>
    <w:p>
      <w:r>
        <w:t>醫美版編輯室／人物與品牌專題</w:t>
      </w:r>
    </w:p>
    <w:p>
      <w:r>
        <w:t>2026-11-02</w:t>
      </w:r>
    </w:p>
    <w:p>
      <w:r>
        <w:t>創辦人事業側寫</w:t>
      </w:r>
    </w:p>
    <w:p>
      <w:r>
        <w:br/>
        <w:t>把時間拉長，看見服務的連續性</w:t>
      </w:r>
    </w:p>
    <w:p>
      <w:r>
        <w:t>醫療服務若只以一次接觸理解，容易忽略人們長期需要的溝通與照護。宸曜國際醫療體系創辦人陳湧仁博士的公開品牌介紹，提供了另一個時間尺度。本篇由他的專業背景與既有海外交流出發，閱讀健康服務如何被整理成連續的流程，也讓本屆選美支持成為國際讀者認識台灣專業的入口。</w:t>
      </w:r>
    </w:p>
    <w:p>
      <w:r>
        <w:br/>
        <w:t>陳湧仁的專業與創辦背景</w:t>
      </w:r>
    </w:p>
    <w:p>
      <w:r>
        <w:t>宸曜官方品牌資料介紹，陳湧仁醫學博士為體系創辦人，將臨床經驗與健康管理方向結合。公開訪談亦呈現其神經外科及跨領域醫療背景。對創業者而言，由個別專業走向團隊服務，需要讓醫師、管理與使用者能互相理解；對讀者而言，認識經營者的專業路徑，也有助掌握品牌關注的議題與服務定位。</w:t>
      </w:r>
    </w:p>
    <w:p>
      <w:r>
        <w:br/>
        <w:t>從評估走向持續管理</w:t>
      </w:r>
    </w:p>
    <w:p>
      <w:r>
        <w:t>依官網介紹，宸曜關注專業評估、健康資料與長期管理的銜接，並以不同醫學領域的團隊合作組成服務。這些內容屬於體系的公開業務說明，不代表每一項服務適合每個人。品牌參與國際活動時，可以先讓觀眾理解照護流程與正式諮詢入口；個別檢測、處置或療程，仍須由合格醫事人員依需要評估。</w:t>
      </w:r>
    </w:p>
    <w:p>
      <w:r>
        <w:br/>
        <w:t>已公開的海外交流紀錄</w:t>
      </w:r>
    </w:p>
    <w:p>
      <w:r>
        <w:t>宸曜官網2025年7月的文章記錄參與越南醫療生技與醫美考察交流；2026年3月的發展介紹，則談到日本及紐西蘭等不同合作脈絡。這些資料顯示品牌已有對外交流方向，但各案階段與範圍仍應分別查閱。</w:t>
      </w:r>
    </w:p>
    <w:p>
      <w:r>
        <w:br/>
        <w:t>以人為本的品牌發展方向</w:t>
      </w:r>
    </w:p>
    <w:p>
      <w:r>
        <w:t>在公開品牌說明中，陳湧仁重視以人為本的照護與可持續的健康服務。這項願景放到國際合作，重點是理解在地需求、建立可溝通的流程，並讓專業責任清楚。從企業經營角度看，真正能被不同市場理解的，不只有技術名詞，也包括如何說明資訊、如何回應問題，以及如何讓服務關係保持連續。</w:t>
      </w:r>
    </w:p>
    <w:p>
      <w:r>
        <w:br/>
        <w:t>自信與健康識讀的相遇</w:t>
      </w:r>
    </w:p>
    <w:p>
      <w:r>
        <w:t>FOBI佳麗透過舞台、文化與自我介紹展現各自特色，提醒觀眾美有不同面貌。以賽事照片搭配宸曜人物與服務資料，是為了呈現國際交流的共同背景，不表示佳麗接受該體系診療、成為個案或為特定效果背書。讓健康與美的對話保留個人選擇，也有助品牌與參與者建立更成熟的公共溝通。</w:t>
      </w:r>
    </w:p>
    <w:p>
      <w:r>
        <w:br/>
        <w:t>把台灣經驗帶進雙向交流</w:t>
      </w:r>
    </w:p>
    <w:p>
      <w:r>
        <w:t>國際化不只是把同一套服務帶往另一個地方，也包含理解在地制度與不同人的需要。宸曜已公開的交流資料，為讀者提供可以查閱的具體背景；FOBI則留下不同產業相遇的記憶。當兩條線各有來源，創辦人故事便能由個人專業延伸到團隊、流程與合作，而不需要依靠沒有紀錄的現場談話來填滿。</w:t>
      </w:r>
    </w:p>
    <w:p>
      <w:r>
        <w:br/>
        <w:t>圖片與圖說</w:t>
      </w:r>
    </w:p>
    <w:p>
      <w:r>
        <w:t>陳湧仁醫師公開專業形象照。來源：深禾醫學官網；非FOBI現場照。</w:t>
      </w:r>
    </w:p>
    <w:p>
      <w:r>
        <w:t>https://fobi.self.com.tw/editorial/report-photos/chen-yongren.jpg</w:t>
      </w:r>
    </w:p>
    <w:p>
      <w:r>
        <w:t>品牌交流合影，背景可見宸曜相關標示。圖／活動方提供，未另指認未具名人士。</w:t>
      </w:r>
    </w:p>
    <w:p>
      <w:r>
        <w:t>https://fobi.self.com.tw/editorial/event-records/upload-404c32399970.jpg</w:t>
      </w:r>
    </w:p>
    <w:p>
      <w:r>
        <w:t>2026-10-30總決賽活動資料照。圖／黃忠正・Wow!NEWS。</w:t>
      </w:r>
    </w:p>
    <w:p>
      <w:r>
        <w:t>https://storage.googleapis.com/wownews-images/posts/135247996571848_1421362313437498_22.webp</w:t>
      </w:r>
    </w:p>
    <w:p>
      <w:r>
        <w:br/>
        <w:t>來源</w:t>
      </w:r>
    </w:p>
    <w:p>
      <w:r>
        <w:t>FOBI活動窗口｜合作與支持名單 https://fobi.self.com.tw/Fobi#partners</w:t>
      </w:r>
    </w:p>
    <w:p>
      <w:r>
        <w:t>Wow!NEWS｜2026總決賽報導與實拍 https://www.wownews.tw/2026/10/2026_01664561917.html</w:t>
      </w:r>
    </w:p>
    <w:p>
      <w:r>
        <w:t>宸曜｜品牌故事 https://www.global-gclinic.com/story/</w:t>
      </w:r>
    </w:p>
    <w:p>
      <w:r>
        <w:t>宸曜｜2025年越南交流紀錄 https://www.global-gclinic.com/news/news-5/</w:t>
      </w:r>
    </w:p>
    <w:p>
      <w:r>
        <w:t>宸曜｜2026年國際發展介紹 https://www.global-gclinic.com/news/smart-healthcare-with-a-human-touch/</w:t>
      </w:r>
    </w:p>
    <w:p>
      <w:r>
        <w:t>needs RADIO｜陳湧仁專訪背景 https://needsradio.org.tw/joomla2/index.php/needs/2022-03-09-05-09-56/8040-2025-10-20-18-00.html</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14｜走進空間，再走近專業：深禾醫學的健康溝通與台灣國際交流</w:t>
      </w:r>
    </w:p>
    <w:p>
      <w:r>
        <w:t>專業服務觀察｜正文791個中文字</w:t>
      </w:r>
    </w:p>
    <w:p>
      <w:r>
        <w:t>以服務入口與資訊理解為主軸，呈現醫學相關品牌在舞台之外的角色。</w:t>
      </w:r>
    </w:p>
    <w:p>
      <w:r>
        <w:t>醫美版編輯室／人物與品牌專題</w:t>
      </w:r>
    </w:p>
    <w:p>
      <w:r>
        <w:t>2026-11-02</w:t>
      </w:r>
    </w:p>
    <w:p>
      <w:r>
        <w:t>專業服務觀察</w:t>
      </w:r>
    </w:p>
    <w:p>
      <w:r>
        <w:br/>
        <w:t>先從一個可以抵達的入口開始</w:t>
      </w:r>
    </w:p>
    <w:p>
      <w:r>
        <w:t>對第一次接觸健康相關品牌的人而言，名稱、空間與服務介紹，往往是理解的第一層。深禾醫學名列FOBI 2026活動窗口提供的支持名單，本篇以公開網站所列的環境影像，搭配不同場次的賽事實拍，從服務如何被認識的角度展開，讓讀者看見國際活動之外，另一種與台灣專業相遇的方式。</w:t>
      </w:r>
    </w:p>
    <w:p>
      <w:r>
        <w:br/>
        <w:t>空間可以被看見，資訊也需要被理解</w:t>
      </w:r>
    </w:p>
    <w:p>
      <w:r>
        <w:t>診所環境的照片可以提供位置感與品牌識別，卻無法單獨回答每位讀者的健康問題。真正進一步的理解，仍需要正式服務說明、專業資格與諮詢流程。這也是健康相關企業與一般生活品牌不同之處：形象內容可以引起注意，但不能取代個別評估；讓讀者知道下一步如何查詢，才使入口具有意義。</w:t>
      </w:r>
    </w:p>
    <w:p>
      <w:r>
        <w:br/>
        <w:t>把專業語言整理成閱讀路徑</w:t>
      </w:r>
    </w:p>
    <w:p>
      <w:r>
        <w:t>當資訊跨越不同文化，讀者可能對同一詞彙有不同理解。品牌若能先說明討論的是什麼、資訊適用到哪裡，再提供可查的來源，就能減少溝通落差。深禾醫學專題將健康識讀放在核心，關注的不是一句宣傳能有多響亮，而是讀者能否依自己的問題，找到合適的理解與正式協助。</w:t>
      </w:r>
    </w:p>
    <w:p>
      <w:r>
        <w:br/>
        <w:t>國際活動讓不同生活經驗相遇</w:t>
      </w:r>
    </w:p>
    <w:p>
      <w:r>
        <w:t>佳麗來到台灣，帶來不同的生活背景與文化視角。這些交流提醒健康相關單位，不同受眾對服務、隱私與溝通的需要也可能不同。企業參與國際活動，可以由傾聽這些差異開始，再整理適合的介紹；真正的國際視野，不只在市場名稱，也在如何讓不同的人都能讀懂資訊。</w:t>
      </w:r>
    </w:p>
    <w:p>
      <w:r>
        <w:br/>
        <w:t>讓專業形象落實在內容細節</w:t>
      </w:r>
    </w:p>
    <w:p>
      <w:r>
        <w:t>對企業團隊而言，每一段網站文字、聯絡方式與資料更新，都會影響讀者的理解。清楚分辨一般資訊、品牌服務與個別醫療判斷，能讓信任建立在具體細節上。這樣的品牌故事不一定需要戲劇化的創業傳奇；把持續服務人的工作說明白，也能呈現台灣專業參與國際交流的態度。</w:t>
      </w:r>
    </w:p>
    <w:p>
      <w:r>
        <w:br/>
        <w:t>照片呈現場景，人物保有自主</w:t>
      </w:r>
    </w:p>
    <w:p>
      <w:r>
        <w:t>本篇環境資料照來自深禾公開網站，賽事影像則分別記錄佳麗的舞台風采，兩者不被拼接成就診情境。參賽者的表達與準備屬於各自經驗，也不需要被解讀成任何醫療結果。這樣的編排讓品牌背景與活動記憶各有位置，讀者可以欣賞影像，同時理解照片實際記錄的範圍。</w:t>
      </w:r>
    </w:p>
    <w:p>
      <w:r>
        <w:br/>
        <w:t>由一次支持，留下持續閱讀的內容</w:t>
      </w:r>
    </w:p>
    <w:p>
      <w:r>
        <w:t>FOBI落幕後，深禾醫學專題保存企業支持與國際活動的連結，並把正式網站留作查閱入口。未來若有經確認的人物訪談、教育交流或合作計畫，可在此基礎上加入更具體的故事。讓世界認識台灣健康專業，需要能被理解的內容，也需要尊重不同人的選擇，兩者可以在長期溝通中一起累積。</w:t>
      </w:r>
    </w:p>
    <w:p>
      <w:r>
        <w:br/>
        <w:t>圖片與圖說</w:t>
      </w:r>
    </w:p>
    <w:p>
      <w:r>
        <w:t>深禾醫學診所環境資料照。圖／深禾醫學公開網站。</w:t>
      </w:r>
    </w:p>
    <w:p>
      <w:r>
        <w:t>https://fobi.self.com.tw/editorial/event-records/shhealthy-clinic.jpg</w:t>
      </w:r>
    </w:p>
    <w:p>
      <w:r>
        <w:t>2026-10-30總決賽活動資料照。圖／黃忠正・Wow!NEWS。</w:t>
      </w:r>
    </w:p>
    <w:p>
      <w:r>
        <w:t>https://storage.googleapis.com/wownews-images/posts/135247996571848_1421362313437498_23.webp</w:t>
      </w:r>
    </w:p>
    <w:p>
      <w:r>
        <w:t>2026-10-30總決賽活動資料照。圖／黃忠正・Wow!NEWS。</w:t>
      </w:r>
    </w:p>
    <w:p>
      <w:r>
        <w:t>https://storage.googleapis.com/wownews-images/posts/135247996571848_1421362313437498_24.webp</w:t>
      </w:r>
    </w:p>
    <w:p>
      <w:r>
        <w:br/>
        <w:t>來源</w:t>
      </w:r>
    </w:p>
    <w:p>
      <w:r>
        <w:t>FOBI活動窗口提供合作名單（本結案系列） https://fobi.self.com.tw/Fobi#partners</w:t>
      </w:r>
    </w:p>
    <w:p>
      <w:r>
        <w:t>Wow!NEWS｜總決賽實拍與賽後報導 https://www.wownews.tw/2026/10/2026_01664561917.html</w:t>
      </w:r>
    </w:p>
    <w:p>
      <w:r>
        <w:t>深禾醫學｜背景資料來源 https://shhealthy.com/</w:t>
      </w:r>
    </w:p>
    <w:p>
      <w:r>
        <w:t>深禾醫學｜公開專業與環境資訊 https://www.shhealthy.com/38364260442510520497.html</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15｜美不必只有一種答案：美朵整形外科與FOBI的多元美感對話</w:t>
      </w:r>
    </w:p>
    <w:p>
      <w:r>
        <w:t>美感文化隨筆｜正文770個中文字</w:t>
      </w:r>
    </w:p>
    <w:p>
      <w:r>
        <w:t>由國際禮服與個人風格切入，閱讀專業品牌如何在文化差異中建立理解。</w:t>
      </w:r>
    </w:p>
    <w:p>
      <w:r>
        <w:t>醫美版編輯室／人物與品牌專題</w:t>
      </w:r>
    </w:p>
    <w:p>
      <w:r>
        <w:t>2026-11-02</w:t>
      </w:r>
    </w:p>
    <w:p>
      <w:r>
        <w:t>美感文化隨筆</w:t>
      </w:r>
    </w:p>
    <w:p>
      <w:r>
        <w:br/>
        <w:t>同一座舞台，沒有完全相同的樣貌</w:t>
      </w:r>
    </w:p>
    <w:p>
      <w:r>
        <w:t>禮服的線條、步伐與表達方式，讓國際選美的畫面有了不同個性。FOBI 2026佳麗在台灣留下的影像，首先呈現的是每個人的準備與文化背景。名列支持名單的美朵整形外科診所，本篇不由單一外貌標準切入，而以多元美感作為閱讀主題，讓品牌與國際文化活動的關係多一種理解。</w:t>
      </w:r>
    </w:p>
    <w:p>
      <w:r>
        <w:br/>
        <w:t>品牌參與，從尊重差異開始</w:t>
      </w:r>
    </w:p>
    <w:p>
      <w:r>
        <w:t>不同國家的人，對風格、隱私及自我表達有不同習慣。醫美相關品牌若希望與這樣的受眾對話，先理解差異，比急著替對方定義需要更有意義。美朵的合作紀錄放在這個脈絡下，可以成為討論個人選擇與跨文化溝通的入口；品牌的正式服務範圍，則仍由院所資料與專業程序說明。</w:t>
      </w:r>
    </w:p>
    <w:p>
      <w:r>
        <w:br/>
        <w:t>美感可以討論，選擇屬於個人</w:t>
      </w:r>
    </w:p>
    <w:p>
      <w:r>
        <w:t>一場選美讓觀眾欣賞儀態與表達，也提醒我們外貌並不是女性全部的價值。健康、職涯、文化經驗與待人方式，都可能構成自信的來源。品牌報導若保留這些面向，便能讓對美的討論更有厚度，也讓讀者知道，欣賞一種風格與決定改變自己，是不同層次的選擇。</w:t>
      </w:r>
    </w:p>
    <w:p>
      <w:r>
        <w:br/>
        <w:t>專業內容需要清楚的邊界</w:t>
      </w:r>
    </w:p>
    <w:p>
      <w:r>
        <w:t>當活動結合醫美領域，讀者需要知道哪些是文化交流，哪些是一般資訊，以及哪些必須回到個別諮詢。品牌形象不能取代專業評估，舞台照片也不能說明某個人的醫療經驗。把這些關係整理清楚，不會減少報導的美感，反而讓專業與人物都能以更合適的方式被看見。</w:t>
      </w:r>
    </w:p>
    <w:p>
      <w:r>
        <w:br/>
        <w:t>台灣品牌的國際介紹，不只靠形象</w:t>
      </w:r>
    </w:p>
    <w:p>
      <w:r>
        <w:t>跨文化溝通需要具體入口，包括正式名稱、可查的服務資訊與聯絡方式。國際活動提供第一次接觸，企業後續仍須用完整內容回應好奇。對美朵而言，本屆支持紀錄可以保留這次相遇，也為日後經確認的品牌理念、人物訪談與專業交流留下位置，使國際內容隨真實資料逐步深化。</w:t>
      </w:r>
    </w:p>
    <w:p>
      <w:r>
        <w:br/>
        <w:t>讓每張照片有自己的故事</w:t>
      </w:r>
    </w:p>
    <w:p>
      <w:r>
        <w:t>本篇所選的三張賽事影像各不相同，分別呈現舞台與禮服的細節，而不是把一張合照反覆套用到不同企業。照片裡的佳麗不被寫成診所個案，也不承擔沒有紀錄的推薦。當圖說交代場次與來源，讀者就能在欣賞風采之外，理解這些畫面是活動背景，而非產品或療程的示範。</w:t>
      </w:r>
    </w:p>
    <w:p>
      <w:r>
        <w:br/>
        <w:t>把多元的美，留成可以閱讀的紀錄</w:t>
      </w:r>
    </w:p>
    <w:p>
      <w:r>
        <w:t>美朵專題採取文化與美感的敘事方式，保存品牌支持FOBI的關係，也讓台灣的專業對話有機會被更多人看見。未來若有本人確認的經營理念或合作照片，可在既有頁面持續補充。這份內容希望延續的，不是單一答案，而是尊重差異、讓每個人都有空間表達自己的國際交流經驗。</w:t>
      </w:r>
    </w:p>
    <w:p>
      <w:r>
        <w:br/>
        <w:t>圖片與圖說</w:t>
      </w:r>
    </w:p>
    <w:p>
      <w:r>
        <w:t>2026-10-30總決賽活動資料照。圖／黃忠正・Wow!NEWS。</w:t>
      </w:r>
    </w:p>
    <w:p>
      <w:r>
        <w:t>https://storage.googleapis.com/wownews-images/posts/135247996571848_1421362313437498_25.webp</w:t>
      </w:r>
    </w:p>
    <w:p>
      <w:r>
        <w:t>2026-10-30總決賽活動資料照。圖／黃忠正・Wow!NEWS。</w:t>
      </w:r>
    </w:p>
    <w:p>
      <w:r>
        <w:t>https://storage.googleapis.com/wownews-images/posts/135247996571848_1421362313437498_26.webp</w:t>
      </w:r>
    </w:p>
    <w:p>
      <w:r>
        <w:t>2026-10-30總決賽活動資料照。圖／黃忠正・Wow!NEWS。</w:t>
      </w:r>
    </w:p>
    <w:p>
      <w:r>
        <w:t>https://storage.googleapis.com/wownews-images/posts/135247996571848_1421362313437498_27.webp</w:t>
      </w:r>
    </w:p>
    <w:p>
      <w:r>
        <w:br/>
        <w:t>來源</w:t>
      </w:r>
    </w:p>
    <w:p>
      <w:r>
        <w:t>FOBI活動窗口提供合作名單（本結案系列） https://fobi.self.com.tw/Fobi#partners</w:t>
      </w:r>
    </w:p>
    <w:p>
      <w:r>
        <w:t>Wow!NEWS｜總決賽實拍與賽後報導 https://www.wownews.tw/2026/10/2026_01664561917.html</w:t>
      </w:r>
    </w:p>
    <w:p>
      <w:r>
        <w:t>美朵整形外科診所｜背景資料來源 https://www.tmip.com.tw/product-detail-3810841.html</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16｜專業可以跨界，自信也能有不同階段｜陽光燦亮的女性職涯視角</w:t>
      </w:r>
    </w:p>
    <w:p>
      <w:r>
        <w:t>女性職涯專題｜正文783個中文字</w:t>
      </w:r>
    </w:p>
    <w:p>
      <w:r>
        <w:t>連結莊斯棋博士的公開供稿背景，從護理、生技與經營經驗談女性影響力。</w:t>
      </w:r>
    </w:p>
    <w:p>
      <w:r>
        <w:t>醫美版編輯室／人物與品牌專題</w:t>
      </w:r>
    </w:p>
    <w:p>
      <w:r>
        <w:t>2026-11-02</w:t>
      </w:r>
    </w:p>
    <w:p>
      <w:r>
        <w:t>女性職涯專題</w:t>
      </w:r>
    </w:p>
    <w:p>
      <w:r>
        <w:br/>
        <w:t>女性的舞台，不只存在於一場比賽</w:t>
      </w:r>
    </w:p>
    <w:p>
      <w:r>
        <w:t>國際佳麗站上FOBI舞台，展現各自的準備；在舞台之外，女性也可能在研究、臨床、企業與家庭之間，累積不同的專業角色。陽光燦亮整形外科診所列入本屆支持名單，本篇以女性職涯的多面向切入，連結莊斯棋博士的供稿背景，閱讀台灣專業人士與國際選美相遇的另一種故事。</w:t>
      </w:r>
    </w:p>
    <w:p>
      <w:r>
        <w:br/>
        <w:t>把不同角色分別說清楚</w:t>
      </w:r>
    </w:p>
    <w:p>
      <w:r>
        <w:t>依活動方提供人物稿，莊斯棋為陽光璨亮生醫Sunvenus創辦人兼總經理，另任陽光燦亮整型外科行銷部總監，並受邀擔任本屆評審。品牌名稱、企業與職務在此分別呈現，讓讀者理解她的跨域經驗，也讓診所支持與個人評審身分各有脈絡，不把所有角色簡化成同一個頭銜。</w:t>
      </w:r>
    </w:p>
    <w:p>
      <w:r>
        <w:br/>
        <w:t>專業路徑，讓人物有了厚度</w:t>
      </w:r>
    </w:p>
    <w:p>
      <w:r>
        <w:t>提供的稿件介紹她具有護理背景、護理師執照及生技相關博士訓練。這些經歷讓女性人物的介紹，不必只圍繞外貌與稱號，而可以談到學習、證據與承擔責任。對正在不同職涯階段的讀者而言，專業如何一步步累積，往往比耀眼形容更能形成具體參照，也更容易與自己的生活產生連結。</w:t>
      </w:r>
    </w:p>
    <w:p>
      <w:r>
        <w:br/>
        <w:t>從對談，看見自信的不同來源</w:t>
      </w:r>
    </w:p>
    <w:p>
      <w:r>
        <w:t>在活動方提供的問答裡，莊斯棋談到內涵、真誠、清楚表達與持續學習。這些內容也使診所合作專題，可以由單一外貌討論延伸到女性的自主與能力。品牌參與選美的故事，若願意容納這些面向，就能讓國際讀者看見台灣對女性發展更寬廣的理解，而不是把舞台光彩歸因於一項處置。</w:t>
      </w:r>
    </w:p>
    <w:p>
      <w:r>
        <w:br/>
        <w:t>經營者故事，連結品牌溝通</w:t>
      </w:r>
    </w:p>
    <w:p>
      <w:r>
        <w:t>企業人物的經歷可以幫助受眾理解品牌關心什麼，但實際服務仍須以正式資料與專業評估說明。從經營角度看，清楚的資訊、尊重個別需求與一致的溝通，比一時的形象更能延續信任。女性專業故事與品牌合作可以互相啟發，也需要保留不同角色各自應有的責任與範圍。</w:t>
      </w:r>
    </w:p>
    <w:p>
      <w:r>
        <w:br/>
        <w:t>國際舞台上的多元女性</w:t>
      </w:r>
    </w:p>
    <w:p>
      <w:r>
        <w:t>不同國家佳麗呈現的自信，與不同職涯女性累積的能力，都提醒觀眾美有許多面貌。本篇選用獨立的賽事實拍呈現這份多樣性，不以照片推定任何人接受診療，也不把參賽者當成診所個案。人物與品牌因活動而被放入同一段故事，仍然可以各自保有完整的主體。</w:t>
      </w:r>
    </w:p>
    <w:p>
      <w:r>
        <w:br/>
        <w:t>讓世界看到台灣女性的專業</w:t>
      </w:r>
    </w:p>
    <w:p>
      <w:r>
        <w:t>陽光燦亮專題以職涯與跨域經驗作為切入，為本屆支持留下不同於一般致謝的內容。當國際讀者能由活動找到專業人物、品牌與資料來源，台灣的故事就不只停留在一個晚宴畫面。後續若有經確認的企業發展與交流紀錄，也能繼續補入，讓女性的專業與品牌願景隨真實經驗持續展開。</w:t>
      </w:r>
    </w:p>
    <w:p>
      <w:r>
        <w:br/>
        <w:t>圖片與圖說</w:t>
      </w:r>
    </w:p>
    <w:p>
      <w:r>
        <w:t>2026-10-30總決賽活動資料照。圖／黃忠正・Wow!NEWS。</w:t>
      </w:r>
    </w:p>
    <w:p>
      <w:r>
        <w:t>https://storage.googleapis.com/wownews-images/posts/135247996571848_1421362313437498_28.webp</w:t>
      </w:r>
    </w:p>
    <w:p>
      <w:r>
        <w:t>2026-10-30總決賽活動資料照。圖／黃忠正・Wow!NEWS。</w:t>
      </w:r>
    </w:p>
    <w:p>
      <w:r>
        <w:t>https://storage.googleapis.com/wownews-images/posts/135247996571848_1421362313437498_29.webp</w:t>
      </w:r>
    </w:p>
    <w:p>
      <w:r>
        <w:t>2026-10-30總決賽活動資料照。圖／黃忠正・Wow!NEWS。</w:t>
      </w:r>
    </w:p>
    <w:p>
      <w:r>
        <w:t>https://storage.googleapis.com/wownews-images/posts/135247996571848_1421362313437498_30.webp</w:t>
      </w:r>
    </w:p>
    <w:p>
      <w:r>
        <w:br/>
        <w:t>來源</w:t>
      </w:r>
    </w:p>
    <w:p>
      <w:r>
        <w:t>FOBI活動窗口提供合作名單（本結案系列） https://fobi.self.com.tw/Fobi#partners</w:t>
      </w:r>
    </w:p>
    <w:p>
      <w:r>
        <w:t>Wow!NEWS｜總決賽實拍與賽後報導 https://www.wownews.tw/2026/10/2026_01664561917.html</w:t>
      </w:r>
    </w:p>
    <w:p>
      <w:r>
        <w:t>陽光燦亮整形外科診所｜背景資料來源 https://sun1313.com.tw/</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17｜國際交流，也發生在日常生活裡｜trendsoho創生活健康的品牌小誌</w:t>
      </w:r>
    </w:p>
    <w:p>
      <w:r>
        <w:t>生活方式敘事｜正文759個中文字</w:t>
      </w:r>
    </w:p>
    <w:p>
      <w:r>
        <w:t>從生活方式與友善接待出發，閱讀台灣企業參與世界美顏小姐的另一種尺度。</w:t>
      </w:r>
    </w:p>
    <w:p>
      <w:r>
        <w:t>醫美版編輯室／人物與品牌專題</w:t>
      </w:r>
    </w:p>
    <w:p>
      <w:r>
        <w:t>2026-11-02</w:t>
      </w:r>
    </w:p>
    <w:p>
      <w:r>
        <w:t>生活方式敘事</w:t>
      </w:r>
    </w:p>
    <w:p>
      <w:r>
        <w:br/>
        <w:t>把注意力從名次移向相遇</w:t>
      </w:r>
    </w:p>
    <w:p>
      <w:r>
        <w:t>一屆國際選美會留下名次，也會留下許多難以用名次概括的相遇。人們如何介紹自己的文化、在陌生城市找到熟悉感，以及在活動裡認識不同的人，都是台灣旅程的一部分。trendsoho創生活健康名列FOBI 2026支持名單，本篇由生活尺度展開，閱讀品牌如何在國際交流中被認識。</w:t>
      </w:r>
    </w:p>
    <w:p>
      <w:r>
        <w:br/>
        <w:t>一個可以查閱的企業名字</w:t>
      </w:r>
    </w:p>
    <w:p>
      <w:r>
        <w:t>經濟部商工公開資料列有創生活健康有限公司及英文名稱TRENDSOHO HEALTH CO., LTD.。這項正式背景，提供讀者由品牌名稱走向企業資料的起點。對生活健康相關企業而言，清楚介紹自己是什麼、提供哪些資訊，比讓觀眾僅靠名字想像，更能支撐之後的理解與商務對話。</w:t>
      </w:r>
    </w:p>
    <w:p>
      <w:r>
        <w:br/>
        <w:t>生活方式，是跨文化的共同話題</w:t>
      </w:r>
    </w:p>
    <w:p>
      <w:r>
        <w:t>不同國家的人，未必使用相同商品或有相同美感，卻能從生活節奏、城市經驗與互相照顧開始交流。品牌若希望面向國際，可以先讓受眾理解自己關注的生活需求，再以正式內容回應問題。這種接近人的說法，讓企業介紹不只有產業分類，也能與讀者真實經驗產生關係。</w:t>
      </w:r>
    </w:p>
    <w:p>
      <w:r>
        <w:br/>
        <w:t>品牌故事需要具體而真實</w:t>
      </w:r>
    </w:p>
    <w:p>
      <w:r>
        <w:t>企業主的願景，適合由真實創業經驗、服務選擇及發展歷程說明。現有的活動支持名單先保留參與關係，並不替品牌補寫沒有來源的故事。這也提醒內容經營者，生活敘事可以有溫度，仍然需要清楚資料；涉及產品、配方或健康相關資訊時，更應讓讀者知道正式說明在哪裡。</w:t>
      </w:r>
    </w:p>
    <w:p>
      <w:r>
        <w:br/>
        <w:t>友善接待，也是一種品牌理解</w:t>
      </w:r>
    </w:p>
    <w:p>
      <w:r>
        <w:t>國際活動讓外來參與者接觸台灣不同產業，企業可以從清楚資訊與友善溝通開始留下印象。接待不只是表面的熱情，也包括尊重不同習慣、確認需求，以及對不熟悉的問題願意說明。這些細節雖不一定出現在舞台中心，卻能讓台灣的服務態度變成可被記住的經驗。</w:t>
      </w:r>
    </w:p>
    <w:p>
      <w:r>
        <w:br/>
        <w:t>讓照片呈現不同的活動時刻</w:t>
      </w:r>
    </w:p>
    <w:p>
      <w:r>
        <w:t>本篇重新選用與其他合作報導不同的賽事影像，讓讀者看見人物、服裝與現場節奏的多樣性。畫面作為活動背景，並不直接指定企業提供了什麼商品，也不將佳麗表現連結為健康結果。每張照片都有自己的場次與來源，讓生活風格敘事保留真實感，也方便讀者日後回看。</w:t>
      </w:r>
    </w:p>
    <w:p>
      <w:r>
        <w:br/>
        <w:t>讓台灣的日常，有被世界閱讀的機會</w:t>
      </w:r>
    </w:p>
    <w:p>
      <w:r>
        <w:t>trendsoho專題以生活方式呈現本屆支持，讓企業故事不只剩下贊助名單上的一行字。當品牌背景、交流影像與查閱入口被整理在一起，一次國際活動就能延伸出更長期的內容。未來若有經確認的企業主訪談或正式合作計畫，可持續加上具體細節，使台灣的日常、品牌與人，透過真實敘事與世界相連。</w:t>
      </w:r>
    </w:p>
    <w:p>
      <w:r>
        <w:br/>
        <w:t>圖片與圖說</w:t>
      </w:r>
    </w:p>
    <w:p>
      <w:r>
        <w:t>2026-10-30總決賽活動資料照。圖／黃忠正・Wow!NEWS。</w:t>
      </w:r>
    </w:p>
    <w:p>
      <w:r>
        <w:t>https://storage.googleapis.com/wownews-images/posts/135247996571848_1421362313437498_31.webp</w:t>
      </w:r>
    </w:p>
    <w:p>
      <w:r>
        <w:t>2026-10-30總決賽活動資料照。圖／黃忠正・Wow!NEWS。</w:t>
      </w:r>
    </w:p>
    <w:p>
      <w:r>
        <w:t>https://storage.googleapis.com/wownews-images/posts/135247996571848_1421362313437498_32.webp</w:t>
      </w:r>
    </w:p>
    <w:p>
      <w:r>
        <w:t>2026-10-30總決賽活動資料照。圖／黃忠正・Wow!NEWS。</w:t>
      </w:r>
    </w:p>
    <w:p>
      <w:r>
        <w:t>https://storage.googleapis.com/wownews-images/posts/135247996571848_1421362313437498_33.webp</w:t>
      </w:r>
    </w:p>
    <w:p>
      <w:r>
        <w:br/>
        <w:t>來源</w:t>
      </w:r>
    </w:p>
    <w:p>
      <w:r>
        <w:t>FOBI活動窗口提供合作名單（本結案系列） https://fobi.self.com.tw/Fobi#partners</w:t>
      </w:r>
    </w:p>
    <w:p>
      <w:r>
        <w:t>Wow!NEWS｜總決賽實拍與賽後報導 https://www.wownews.tw/2026/10/2026_01664561917.html</w:t>
      </w:r>
    </w:p>
    <w:p>
      <w:r>
        <w:t>trendsoho 創生活健康｜背景資料來源 https://findbiz.nat.gov.tw/fts/company/24742094</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18｜站上舞台，也讓故事被看見：醫見傳媒CEO毛彩又的人物側寫</w:t>
      </w:r>
    </w:p>
    <w:p>
      <w:r>
        <w:t>人物側寫｜正文925個中文字</w:t>
      </w:r>
    </w:p>
    <w:p>
      <w:r>
        <w:t>2025全球城市美業形象大使臺灣賽區亞軍，與媒體經營者身分交會，延續FOBI 2026的台灣記憶。</w:t>
      </w:r>
    </w:p>
    <w:p>
      <w:r>
        <w:t>醫美版編輯室／人物與品牌專題</w:t>
      </w:r>
    </w:p>
    <w:p>
      <w:r>
        <w:t>2026-11-02</w:t>
      </w:r>
    </w:p>
    <w:p>
      <w:r>
        <w:t>人物側寫</w:t>
      </w:r>
    </w:p>
    <w:p>
      <w:r>
        <w:br/>
        <w:t>藍色禮服中央，是這次故事的主角</w:t>
      </w:r>
    </w:p>
    <w:p>
      <w:r>
        <w:t>活動方提供的照片裡，毛彩又身穿藍色禮服，站在三人合影的中央。這個人物位置與姓名已由活動方確認，讓報導得以從一張具體的活動照片，走近醫見傳媒CEO的另一個面向。她既是媒體經營者，也有站上美業形象大使舞台的經歷；兩種身分，在本屆世界美顏小姐的交流中形成了值得閱讀的交會。</w:t>
      </w:r>
    </w:p>
    <w:p>
      <w:r>
        <w:br/>
        <w:t>亞軍紀錄，有清楚的賽事名稱與年份</w:t>
      </w:r>
    </w:p>
    <w:p>
      <w:r>
        <w:t>全球城市小姐組織2025年的公開賽後紀錄，列毛彩又為全球城市美業形象大使臺灣賽區第二名。這項成績與FOBI 2026屬不同賽事，不能混寫為本屆選美名次，卻能為她的人物背景提供明確脈絡。活動方確認的醫見傳媒CEO職務，則呈現她在企業經營上的角色，兩者各有自己的內容與分量。</w:t>
      </w:r>
    </w:p>
    <w:p>
      <w:r>
        <w:br/>
        <w:t>從參與者到內容工作者，關心的都是人</w:t>
      </w:r>
    </w:p>
    <w:p>
      <w:r>
        <w:t>參賽與媒體工作有一個共同課題：如何讓別人理解一個人的特色。舞台以儀態、服裝與表達呈現，報導則透過經歷、觀點與影像建立認識。把這兩種工作放在同一個人物脈絡裡，可以看見女性的角色不必只有一面；美業舞台的經驗與媒體經營，也能共同打開對女性影響力更寬廣的討論。</w:t>
      </w:r>
    </w:p>
    <w:p>
      <w:r>
        <w:br/>
        <w:t>醫見傳媒的工作，發生在燈光落幕之後</w:t>
      </w:r>
    </w:p>
    <w:p>
      <w:r>
        <w:t>FOBI本屆結案內容，將企業、人物與賽事分篇整理，再以共同網站保存來源與影像。對媒體企業而言，這樣的工作不只在發布當下，也在日後讀者是否還能找到事件、辨認照片與理解合作關係。毛彩又作為CEO被介紹，讓這段支持紀錄有了經營者的面向；具體工作分工則仍依正式專案資料說明。</w:t>
      </w:r>
    </w:p>
    <w:p>
      <w:r>
        <w:br/>
        <w:t>品牌與人物，不必搶走彼此的聲音</w:t>
      </w:r>
    </w:p>
    <w:p>
      <w:r>
        <w:t>一篇有內容的企業報導，可以介紹產品與經營背景，也應讓人物保有自己的主體。對國際佳麗而言，風采來自各自的文化與準備；對支持企業而言，參與關係需要具體而清楚。醫見傳媒這次的內容方向，適合在兩者之間建立連結，讓讀者由舞台認識人，再由人與品牌理解台灣的多元專業。</w:t>
      </w:r>
    </w:p>
    <w:p>
      <w:r>
        <w:br/>
        <w:t>國際合作，先讓台灣的故事容易被理解</w:t>
      </w:r>
    </w:p>
    <w:p>
      <w:r>
        <w:t>海外讀者認識一家公司，往往需要名稱、背景、服務與聯絡方式逐步銜接。以人物專題、真實照片與可查來源整理活動，可以成為第一次介紹。從經營觀察而言，這也是媒體延續國際交流的方向：把不同文化看見的台灣說清楚，再由正式對話發展後續合作，而不以一次報導代替實際商業成果。</w:t>
      </w:r>
    </w:p>
    <w:p>
      <w:r>
        <w:br/>
        <w:t>讓每張合影，保留當時的相遇</w:t>
      </w:r>
    </w:p>
    <w:p>
      <w:r>
        <w:t>本篇採用活動方提供的三張不同合影，呈現晚禮服、現場交流與參與者相聚的氣氛，並在圖說交代可確認的資訊。未具名人士不被加入職稱，畫作或產品也不被推定為某種交易或推薦。照片因此既能承接人物故事，也保有原有場景，讓讀者看到一段真實的台灣活動記憶。</w:t>
      </w:r>
    </w:p>
    <w:p>
      <w:r>
        <w:br/>
        <w:t>舞台之外，還有可以持續展開的角色</w:t>
      </w:r>
    </w:p>
    <w:p>
      <w:r>
        <w:t>毛彩又的故事，讓美業大使亞軍與媒體CEO兩個身分同時被看見。這份人物側寫依活動方資料、公開賽事紀錄與實際影像整理，不代擬未提供的問答。當後續有本人訪談與新的合作經驗，內容仍可繼續深化；此刻先留下的，是一位女性在舞台與企業之間的多面向背景，以及她所參與的國際活動故事。</w:t>
      </w:r>
    </w:p>
    <w:p>
      <w:r>
        <w:br/>
        <w:t>圖片與圖說</w:t>
      </w:r>
    </w:p>
    <w:p>
      <w:r>
        <w:t>醫見傳媒CEO毛彩又（中）。圖／活動方提供；人物位置與姓名由活動方確認。</w:t>
      </w:r>
    </w:p>
    <w:p>
      <w:r>
        <w:t>https://fobi.self.com.tw/editorial/event-records/upload-f96dfd897cf6.jpg</w:t>
      </w:r>
    </w:p>
    <w:p>
      <w:r>
        <w:t>藍色與銀色晚禮服的活動合影。圖／活動方提供。</w:t>
      </w:r>
    </w:p>
    <w:p>
      <w:r>
        <w:t>https://fobi.self.com.tw/editorial/event-records/upload-d036969f89dc.jpg</w:t>
      </w:r>
    </w:p>
    <w:p>
      <w:r>
        <w:t>出席者與畫作的現場合影。圖／活動方提供，未另辨認其他人物及授贈關係。</w:t>
      </w:r>
    </w:p>
    <w:p>
      <w:r>
        <w:t>https://fobi.self.com.tw/editorial/event-records/upload-9f5fc19a9358.jpg</w:t>
      </w:r>
    </w:p>
    <w:p>
      <w:r>
        <w:br/>
        <w:t>來源</w:t>
      </w:r>
    </w:p>
    <w:p>
      <w:r>
        <w:t>FOBI活動窗口｜合作與支持名單 https://fobi.self.com.tw/Fobi#partners</w:t>
      </w:r>
    </w:p>
    <w:p>
      <w:r>
        <w:t>Wow!NEWS｜2026總決賽報導與實拍 https://www.wownews.tw/2026/10/2026_01664561917.html</w:t>
      </w:r>
    </w:p>
    <w:p>
      <w:r>
        <w:t>醫見傳媒／己美SELF｜品牌資訊入口 https://www.self.com.tw/</w:t>
      </w:r>
    </w:p>
    <w:p>
      <w:r>
        <w:t>活動方提供｜毛彩又執行長職稱及本屆合作資料 https://fobi.self.com.tw/Fobi#partners</w:t>
      </w:r>
    </w:p>
    <w:p>
      <w:r>
        <w:t>全球城市小姐組織｜2025美業形象大使臺灣賽區亞軍毛彩又公開紀錄 https://www.missglobalcity.org/news20250909.htm</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19｜從一顆牙齒到材料科學：林俊彬教授的跨領域研究人物誌</w:t>
      </w:r>
    </w:p>
    <w:p>
      <w:r>
        <w:t>研究人物誌｜正文740個中文字</w:t>
      </w:r>
    </w:p>
    <w:p>
      <w:r>
        <w:t>以牙科、生物材料與國際學術經驗，為美麗、自信及台灣專業開啟不同角度。</w:t>
      </w:r>
    </w:p>
    <w:p>
      <w:r>
        <w:t>醫美版編輯室／人物與品牌專題</w:t>
      </w:r>
    </w:p>
    <w:p>
      <w:r>
        <w:t>2026-11-02</w:t>
      </w:r>
    </w:p>
    <w:p>
      <w:r>
        <w:t>研究人物誌</w:t>
      </w:r>
    </w:p>
    <w:p>
      <w:r>
        <w:br/>
        <w:t>笑容之外，還有知識的深度</w:t>
      </w:r>
    </w:p>
    <w:p>
      <w:r>
        <w:t>人們在國際選美裡看見笑容，研究者則可能從結構、材料與功能提出不同問題。臺大林俊彬特聘教授的公開學術背景，讓這兩種視角產生有意思的對照。本篇以個人支持者身分與研究經驗為主軸，讓讀者由一場文化活動走近台灣牙科教育，也保留學術機構與個人活動參與之間的清楚範圍。</w:t>
      </w:r>
    </w:p>
    <w:p>
      <w:r>
        <w:br/>
        <w:t>臺大與明尼蘇達的學術訓練</w:t>
      </w:r>
    </w:p>
    <w:p>
      <w:r>
        <w:t>臺大牙醫學系與臺大醫院的公開介紹顯示，林俊彬具有臺大牙醫學士及美國明尼蘇達大學相關碩博士訓練，研究涵蓋牙髓病、生醫材料與力學。他曾任牙醫專業學院院長，長期參與臨床、研究與教育。這份跨領域背景，讓人物報導可以由笑容的外在印象，進一步談到專業知識如何被建立與傳承。</w:t>
      </w:r>
    </w:p>
    <w:p>
      <w:r>
        <w:br/>
        <w:t>研究者的工作不只是一項商品</w:t>
      </w:r>
    </w:p>
    <w:p>
      <w:r>
        <w:t>對教授與研究者而言，成果可能呈現在教學、論文、臨床知識與人才培育，而非單一消費產品。當國際讀者希望認識台灣專業，清楚的學術履歷、研究方向與機構資料，比籠統的知名頭銜更能提供實際理解。</w:t>
      </w:r>
    </w:p>
    <w:p>
      <w:r>
        <w:br/>
        <w:t>由專業累積閱讀人物方向</w:t>
      </w:r>
    </w:p>
    <w:p>
      <w:r>
        <w:t>從其公開經歷可見，學術研究與教育是長期累積的工作。將這樣的專業放進國際活動報導，有助提醒觀眾，美麗相關議題也能與科學、知識及資訊理解對話。</w:t>
      </w:r>
    </w:p>
    <w:p>
      <w:r>
        <w:br/>
        <w:t>共同研究問題帶來的國際對話</w:t>
      </w:r>
    </w:p>
    <w:p>
      <w:r>
        <w:t>台灣走向國際，不只有品牌輸出，也包括研究問題、專業教育與跨機構交流。牙科與材料科學提供可以跨越語言的共同議題，例如如何理解結構、功能及使用需求。FOBI的交流場景可以讓更多人開始認識這些背景，但不等於本次活動已簽署研究計畫、完成技轉，或讓任何賽事結果與學術機構形成關係。</w:t>
      </w:r>
    </w:p>
    <w:p>
      <w:r>
        <w:br/>
        <w:t>笑容與個人自主的尺度</w:t>
      </w:r>
    </w:p>
    <w:p>
      <w:r>
        <w:t>國際佳麗在舞台表達文化與個人特色，自信的來源也各有不同。報導以林俊彬公開肖像與FOBI實拍並列，呈現專業人物與活動背景，並非牙科診療或參賽者健康狀況的紀錄。欣賞舞台風采的同時，尊重每位女性的身體與外貌自主，才能讓健康與美的公共討論保持多元而平衡。</w:t>
      </w:r>
    </w:p>
    <w:p>
      <w:r>
        <w:br/>
        <w:t>把專業說成能被理解的故事</w:t>
      </w:r>
    </w:p>
    <w:p>
      <w:r>
        <w:t>研究人物的價值，不必被濃縮為一項商品或一個響亮稱號。公開履歷、研究問題與教育經驗，已經能讓國際讀者理解台灣長期累積的專業。林俊彬人物誌把這些背景與本屆活動分別記錄，讓支持有脈絡，也讓學術有自己的語言；未來若補入本人訪談，還能更深入呈現一個研究問題如何成為終身投入的工作。</w:t>
      </w:r>
    </w:p>
    <w:p>
      <w:r>
        <w:br/>
        <w:t>圖片與圖說</w:t>
      </w:r>
    </w:p>
    <w:p>
      <w:r>
        <w:t>林俊彬特聘教授。圖／國立臺灣大學牙醫學系師資頁；非FOBI現場照。</w:t>
      </w:r>
    </w:p>
    <w:p>
      <w:r>
        <w:t>https://fobi.self.com.tw/editorial/report-photos/lin-chunpin.jpg</w:t>
      </w:r>
    </w:p>
    <w:p>
      <w:r>
        <w:t>2026-10-30總決賽活動資料照。圖／黃忠正・Wow!NEWS。</w:t>
      </w:r>
    </w:p>
    <w:p>
      <w:r>
        <w:t>https://storage.googleapis.com/wownews-images/posts/135247996571848_1421362313437498_34.webp</w:t>
      </w:r>
    </w:p>
    <w:p>
      <w:r>
        <w:t>2026-10-30總決賽活動資料照。圖／黃忠正・Wow!NEWS。</w:t>
      </w:r>
    </w:p>
    <w:p>
      <w:r>
        <w:t>https://storage.googleapis.com/wownews-images/posts/135247996571848_1421362313437498_35.webp</w:t>
      </w:r>
    </w:p>
    <w:p>
      <w:r>
        <w:br/>
        <w:t>來源</w:t>
      </w:r>
    </w:p>
    <w:p>
      <w:r>
        <w:t>FOBI活動窗口｜合作與支持名單 https://fobi.self.com.tw/Fobi#partners</w:t>
      </w:r>
    </w:p>
    <w:p>
      <w:r>
        <w:t>Wow!NEWS｜2026總決賽報導與實拍 https://www.wownews.tw/2026/10/2026_01664561917.html</w:t>
      </w:r>
    </w:p>
    <w:p>
      <w:r>
        <w:t>臺大牙醫學系｜林俊彬特聘教授師資介紹 https://ntusd.mc.ntu.edu.tw/Dod/teacher/teacher_intro?id=39</w:t>
      </w:r>
    </w:p>
    <w:p>
      <w:r>
        <w:t>臺大醫院｜林俊彬公開專業介紹 https://www.ntuh.gov.tw/dent/Vcard.action?q_itemCode=56&amp;q_type=-1</w:t>
      </w:r>
    </w:p>
    <w:p>
      <w:r>
        <w:t>衛福部口腔健康司｜委員與職稱資料 https://dep.mohw.gov.tw/dooh/fp-6578-72774-124.html</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20｜把專業變成一個品牌：采新創辦人陳子瑾的服務與創業故事</w:t>
      </w:r>
    </w:p>
    <w:p>
      <w:r>
        <w:t>創業品牌故事｜正文787個中文字</w:t>
      </w:r>
    </w:p>
    <w:p>
      <w:r>
        <w:t>從品牌起點、整體照護理念到跨文化理解，讓世界看見台灣醫療相關服務的故事。</w:t>
      </w:r>
    </w:p>
    <w:p>
      <w:r>
        <w:t>醫美版編輯室／人物與品牌專題</w:t>
      </w:r>
    </w:p>
    <w:p>
      <w:r>
        <w:t>2026-11-02</w:t>
      </w:r>
    </w:p>
    <w:p>
      <w:r>
        <w:t>創業品牌故事</w:t>
      </w:r>
    </w:p>
    <w:p>
      <w:r>
        <w:br/>
        <w:t>一位醫師，也是一個團隊的起點</w:t>
      </w:r>
    </w:p>
    <w:p>
      <w:r>
        <w:t>專業可以屬於一個人，品牌卻需要讓不同團隊成員持續配合。采新創辦人陳子瑾醫師的公開發展歷程，適合由這個差別閱讀。本篇從院所起點、服務理念與既往專業資料出發，呈現台灣在地品牌參與FOBI的關係，讓國際觀眾在看過舞台之後，也有機會理解一個企業名字背後的長期經營。</w:t>
      </w:r>
    </w:p>
    <w:p>
      <w:r>
        <w:br/>
        <w:t>陳子瑾與采新的公開發展歷程</w:t>
      </w:r>
    </w:p>
    <w:p>
      <w:r>
        <w:t>采新公開企業介紹指出，陳子瑾於2003年創辦明德院所，之後延伸生技與其他服務發展。既往專業媒體亦介紹其整形外科與對外交流背景。</w:t>
      </w:r>
    </w:p>
    <w:p>
      <w:r>
        <w:br/>
        <w:t>美學討論如何進入服務流程</w:t>
      </w:r>
    </w:p>
    <w:p>
      <w:r>
        <w:t>依采新公開網站，服務涵蓋整形外科、美容醫學及身心整合等方向。這些是院所對外介紹的範圍，個別項目仍須依執業資格、實際提供內容與專業評估確認。對報導而言，更值得呈現的是如何了解需求、說明選擇與保留思考空間，讓品牌不只以技術名稱被認識，也以對人的理解建立對話。</w:t>
      </w:r>
    </w:p>
    <w:p>
      <w:r>
        <w:br/>
        <w:t>團隊分工與同理心的品牌理念</w:t>
      </w:r>
    </w:p>
    <w:p>
      <w:r>
        <w:t>采新對外品牌介紹重視團隊分工、服務一致性與對使用者感受的理解。這些理念放在企業經營，反映醫療相關服務需要長期累積流程，而非只有單一亮點。</w:t>
      </w:r>
    </w:p>
    <w:p>
      <w:r>
        <w:br/>
        <w:t>理解不同市場的文化差異</w:t>
      </w:r>
    </w:p>
    <w:p>
      <w:r>
        <w:t>不同市場對外貌、隱私與醫療選擇有不同期待。企業希望拓展國際交流，可以先提供可理解的介紹與正式諮詢管道，再由專業程序回應個別需求。FOBI讓不同文化的參與者在台灣相聚，為這樣的品牌溝通提供背景；至於海外合作、設點或服務成果，仍應有獨立正式資料，不能由賽事支持關係推論。</w:t>
      </w:r>
    </w:p>
    <w:p>
      <w:r>
        <w:br/>
        <w:t>影像留下風采，也尊重選擇</w:t>
      </w:r>
    </w:p>
    <w:p>
      <w:r>
        <w:t>本屆佳麗在舞台展現儀態、文化與表達，是個人準備與經驗的呈現。采新人物照、公開空間影像與賽事照各自標示來源，並不代表佳麗曾接受任何院所處置。報導希望保留多元美的討論，也讓觀眾理解，支持國際活動與提供個別醫療服務是不同關係，每位參與者都有定義自己的空間。</w:t>
      </w:r>
    </w:p>
    <w:p>
      <w:r>
        <w:br/>
        <w:t>團隊如何延續創辦理念</w:t>
      </w:r>
    </w:p>
    <w:p>
      <w:r>
        <w:t>品牌從一位創辦人的專業出發，也需要讓後來加入的團隊理解共同原則。對采新而言，公開介紹中的分工、服務一致性與同理心，可以成為讀者認識企業的線索，而實際執行仍須由院所流程與專業責任承接。</w:t>
      </w:r>
    </w:p>
    <w:p>
      <w:r>
        <w:br/>
        <w:t>讓不同文化都能理解服務</w:t>
      </w:r>
    </w:p>
    <w:p>
      <w:r>
        <w:t>國際受眾對外貌與醫療的期待不盡相同，品牌若能清楚介紹自己，也尊重不接受任何處置的選擇，就能建立更成熟的溝通。采新專題以創業與團隊服務為主線，把歷史人物照、公開空間資料與賽事影像分開。企業的故事因此既保留自己的發展路徑，也能在文化交流中尋找下一次正式對話的可能。</w:t>
      </w:r>
    </w:p>
    <w:p>
      <w:r>
        <w:br/>
        <w:t>圖片與圖說</w:t>
      </w:r>
    </w:p>
    <w:p>
      <w:r>
        <w:t>陳子瑾醫師既往公開專業照。圖／整形達人雜誌人物介紹頁；為歷史資料照，非FOBI現場或近期新拍肖像。</w:t>
      </w:r>
    </w:p>
    <w:p>
      <w:r>
        <w:t>https://fobi.self.com.tw/editorial/report-photos/chen-zijin-archive.jpg</w:t>
      </w:r>
    </w:p>
    <w:p>
      <w:r>
        <w:t>采新官網所列既往接待處合影資料照；本篇不辨認圖中訪客身分，亦非FOBI佳麗接受服務之紀錄。</w:t>
      </w:r>
    </w:p>
    <w:p>
      <w:r>
        <w:t>https://fobi.self.com.tw/editorial/report-photos/lvbc-lounge.jpg</w:t>
      </w:r>
    </w:p>
    <w:p>
      <w:r>
        <w:t>2026-10-30總決賽活動資料照。圖／黃忠正・Wow!NEWS。</w:t>
      </w:r>
    </w:p>
    <w:p>
      <w:r>
        <w:t>https://storage.googleapis.com/wownews-images/posts/135247996571848_1421362313437498_36.webp</w:t>
      </w:r>
    </w:p>
    <w:p>
      <w:r>
        <w:br/>
        <w:t>來源</w:t>
      </w:r>
    </w:p>
    <w:p>
      <w:r>
        <w:t>FOBI活動窗口｜合作與支持名單 https://fobi.self.com.tw/Fobi#partners</w:t>
      </w:r>
    </w:p>
    <w:p>
      <w:r>
        <w:t>Wow!NEWS｜2026總決賽報導與實拍 https://www.wownews.tw/2026/10/2026_01664561917.html</w:t>
      </w:r>
    </w:p>
    <w:p>
      <w:r>
        <w:t>采新｜公開品牌與院長介紹 https://lvbc.self.com.tw/</w:t>
      </w:r>
    </w:p>
    <w:p>
      <w:r>
        <w:t>采新｜企業提供的創辦歷程 https://www.104.com.tw/company/19hrzubk?jobsource=2018i</w:t>
      </w:r>
    </w:p>
    <w:p>
      <w:r>
        <w:t>整形達人｜陳子瑾既往專業介紹 https://www.psbeauty.com.tw/visage/</w:t>
      </w:r>
    </w:p>
    <w:p>
      <w:r>
        <w:t>采新｜品牌理念背景 https://lvbc.tw/about-us/</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21｜一部車成交之後，服務才開始：弘達謝老闆的信任經營故事</w:t>
      </w:r>
    </w:p>
    <w:p>
      <w:r>
        <w:t>服務創業紀實｜正文779個中文字</w:t>
      </w:r>
    </w:p>
    <w:p>
      <w:r>
        <w:t>依弘達國際汽車公開資料整理謝瑞益與團隊的品牌故事，延伸誠信、數位內容及跨域合作。</w:t>
      </w:r>
    </w:p>
    <w:p>
      <w:r>
        <w:t>醫美版編輯室／人物與品牌專題</w:t>
      </w:r>
    </w:p>
    <w:p>
      <w:r>
        <w:t>2026-11-02</w:t>
      </w:r>
    </w:p>
    <w:p>
      <w:r>
        <w:t>服務創業紀實</w:t>
      </w:r>
    </w:p>
    <w:p>
      <w:r>
        <w:br/>
        <w:t>成交不是故事的最後一頁</w:t>
      </w:r>
    </w:p>
    <w:p>
      <w:r>
        <w:t>車輛交到使用者手中，品牌與人的關係並不因此結束。弘達國際汽車謝老闆的公開創業報導，讓我們可以由售後、資訊與團隊溝通閱讀一家企業。本篇依謝瑞益與品牌的既有資料整理，把汽車服務的長期尺度，放進FOBI國際活動的跨域交流之中，讓台灣服務精神有更具體的敘事。</w:t>
      </w:r>
    </w:p>
    <w:p>
      <w:r>
        <w:br/>
        <w:t>謝氏兄弟的創業與調整</w:t>
      </w:r>
    </w:p>
    <w:p>
      <w:r>
        <w:t>行銷人2023年的專訪，以謝瑞益與兄弟的創業歷程為主軸，介紹團隊從市場挑戰中調整經營方式的過程。對企業人物報導而言，這類具體經驗比單純規模形容更有內容。</w:t>
      </w:r>
    </w:p>
    <w:p>
      <w:r>
        <w:br/>
        <w:t>商品之外，還有售後與資訊</w:t>
      </w:r>
    </w:p>
    <w:p>
      <w:r>
        <w:t>弘達官方品牌介紹強調從購車到保養維修的服務銜接。汽車是需要長期使用的商品，讀者除了車型外，也會關心資訊是否完整、說明是否清楚及後續服務是否方便。</w:t>
      </w:r>
    </w:p>
    <w:p>
      <w:r>
        <w:br/>
        <w:t>以誠實溝通累積品牌辨識</w:t>
      </w:r>
    </w:p>
    <w:p>
      <w:r>
        <w:t>弘達官網以誠實溝通作為品牌服務理念。這項方向放在企業經營，意味著第一次接觸與後續回應都需要一致，也讓團隊能在不同服務階段維持共同標準。公開專訪也提到數位內容的運用，讓觀眾透過影片理解人與車的故事。</w:t>
      </w:r>
    </w:p>
    <w:p>
      <w:r>
        <w:br/>
        <w:t>讓台灣服務經驗被具體介紹</w:t>
      </w:r>
    </w:p>
    <w:p>
      <w:r>
        <w:t>汽車產業原本就接觸不同國家品牌與資訊，跨文化活動則提供更貼近人的交流場合。支持FOBI，可以成為介紹台灣企業如何接待、如何說明服務及如何建立信任的入口。後續若希望發展國際合作，仍須由實際業務與正式程序承接，包含合作範圍、責任及資訊透明；賽事參與本身不等同已完成跨國交易。</w:t>
      </w:r>
    </w:p>
    <w:p>
      <w:r>
        <w:br/>
        <w:t>人物與車輛，各有照片原境</w:t>
      </w:r>
    </w:p>
    <w:p>
      <w:r>
        <w:t>國際佳麗在台灣的舞台與文化活動，讓觀眾看見不同個人的自信與特色。弘達既往受訪、品牌資料照與FOBI實拍分別呈現，讓企業背景與活動關係清楚可讀。照片中的車輛與場景若來自其他年份，就不標示為本屆贊助車或佳麗實際乘坐紀錄；這也讓品牌報導保留可信賴的細節。</w:t>
      </w:r>
    </w:p>
    <w:p>
      <w:r>
        <w:br/>
        <w:t>鏡頭讓團隊有機會被認識</w:t>
      </w:r>
    </w:p>
    <w:p>
      <w:r>
        <w:t>公開創業報導提到影音內容的運用，讓觀眾除了看車，也能理解團隊如何解釋問題。數位敘事的價值，正在於把商品背後的人與工作呈現出來，使品牌在第一次接觸之後，仍有可以繼續認識的內容。</w:t>
      </w:r>
    </w:p>
    <w:p>
      <w:r>
        <w:br/>
        <w:t>用日常回應，累積國際品牌印象</w:t>
      </w:r>
    </w:p>
    <w:p>
      <w:r>
        <w:t>一個品牌如何回覆問題、如何說明商品，以及如何在需要時持續提供資訊，都可能成為被記住的理由。弘達這份報導以服務創業紀實呈現既有故事，不把本屆支持推論成未公開的供車安排。活動讓不同背景的人開始認識彼此，後續若能以清楚內容與實際服務承接，台灣企業的國際形象才有機會在日常之中延續。</w:t>
      </w:r>
    </w:p>
    <w:p>
      <w:r>
        <w:br/>
        <w:t>圖片與圖說</w:t>
      </w:r>
    </w:p>
    <w:p>
      <w:r>
        <w:t>弘達國際汽車謝氏兄弟既往受訪畫面。圖／行銷人2023年創業故事報導；非FOBI現場照。</w:t>
      </w:r>
    </w:p>
    <w:p>
      <w:r>
        <w:t>https://fobi.self.com.tw/editorial/report-photos/hongda-interview.jpg</w:t>
      </w:r>
    </w:p>
    <w:p>
      <w:r>
        <w:t>弘達國際汽車既往品牌資料影像。圖／行銷人2023年報導；車輛與場景不代表本屆提供品項。</w:t>
      </w:r>
    </w:p>
    <w:p>
      <w:r>
        <w:t>https://fobi.self.com.tw/editorial/report-photos/hongda-showroom.jpg</w:t>
      </w:r>
    </w:p>
    <w:p>
      <w:r>
        <w:t>2026-10-30總決賽活動資料照。圖／黃忠正・Wow!NEWS。</w:t>
      </w:r>
    </w:p>
    <w:p>
      <w:r>
        <w:t>https://storage.googleapis.com/wownews-images/posts/135247996571848_1421362313437498_37.webp</w:t>
      </w:r>
    </w:p>
    <w:p>
      <w:r>
        <w:br/>
        <w:t>來源</w:t>
      </w:r>
    </w:p>
    <w:p>
      <w:r>
        <w:t>FOBI活動窗口｜合作與支持名單 https://fobi.self.com.tw/Fobi#partners</w:t>
      </w:r>
    </w:p>
    <w:p>
      <w:r>
        <w:t>Wow!NEWS｜2026總決賽報導與實拍 https://www.wownews.tw/2026/10/2026_01664561917.html</w:t>
      </w:r>
    </w:p>
    <w:p>
      <w:r>
        <w:t>弘達國際汽車｜品牌簡介 https://www.hongdacar.com.tw/paper/about.php</w:t>
      </w:r>
    </w:p>
    <w:p>
      <w:r>
        <w:t>行銷人｜謝瑞益與團隊創業故事 https://www.marketersgo.com/cases/202304/hongda-2/</w:t>
      </w:r>
    </w:p>
    <w:p>
      <w:r>
        <w:t>TVBS地球黃金線｜謝瑞益與品牌身分背景 https://cars.tvbs.com.tw/celebrity/251671</w:t>
      </w:r>
    </w:p>
    <w:p>
      <w:r>
        <w:t>FOBI 2026｜活動紀錄、實拍與品牌圖來源索引 https://fobi.self.com.tw/Fobi/records</w:t>
      </w:r>
    </w:p>
    <w:p>
      <w:r>
        <w:br/>
        <w:t>合作聯絡｜醫見傳媒有限公司 Arthur Lin</w:t>
      </w:r>
    </w:p>
    <w:p>
      <w:r>
        <w:t>0935-523-001｜LINE ID beautiself</w:t>
      </w:r>
    </w:p>
    <w:p>
      <w:r>
        <w:br w:type="page"/>
      </w:r>
    </w:p>
    <w:p>
      <w:pPr>
        <w:pStyle w:val="Heading1"/>
      </w:pPr>
      <w:r>
        <w:t>22｜速度之前，先學會準備：王藝傑教練的專業教育檔案</w:t>
      </w:r>
    </w:p>
    <w:p>
      <w:r>
        <w:t>教練專業檔案｜正文774個中文字</w:t>
      </w:r>
    </w:p>
    <w:p>
      <w:r>
        <w:t>以Jacques Sport的公開培訓背景，閱讀安全、紀律與跨文化合作的品牌故事。</w:t>
      </w:r>
    </w:p>
    <w:p>
      <w:r>
        <w:t>醫美版編輯室／人物與品牌專題</w:t>
      </w:r>
    </w:p>
    <w:p>
      <w:r>
        <w:t>2026-11-02</w:t>
      </w:r>
    </w:p>
    <w:p>
      <w:r>
        <w:t>教練專業檔案</w:t>
      </w:r>
    </w:p>
    <w:p>
      <w:r>
        <w:br/>
        <w:t>先練習，再面對舞台</w:t>
      </w:r>
    </w:p>
    <w:p>
      <w:r>
        <w:t>速度是賽車最容易被看見的部分，教練工作卻往往從基本觀念與反覆準備開始。Jacques Sport王藝傑教練的公開經歷，提供閱讀運動教育的入口。本篇把這段專業背景與本屆FOBI支持紀錄並列，不是把兩種比賽混成同一件事，而是讓讀者看見台灣不同領域如何培養表達、紀律與面對挑戰的能力。</w:t>
      </w:r>
    </w:p>
    <w:p>
      <w:r>
        <w:br/>
        <w:t>從車手經驗延伸到教學</w:t>
      </w:r>
    </w:p>
    <w:p>
      <w:r>
        <w:t>Jacques Sport師資頁介紹王藝傑的賽車與教練經歷，既往公開報導亦記錄他參與亞洲電競賽車相關培訓。教練的工作不只是展示速度，更是把專業拆解成學員能理解與練習的步驟。</w:t>
      </w:r>
    </w:p>
    <w:p>
      <w:r>
        <w:br/>
        <w:t>模擬與培訓的學習入口</w:t>
      </w:r>
    </w:p>
    <w:p>
      <w:r>
        <w:t>Jacques Sport公開服務介紹談到模擬賽車與培訓，透過教學協助初學者認識基本觀念。對一般讀者而言，這種服務的重點在於循序練習、理解規則及尊重安全條件，而非保證任何人在短期內取得特定成績。</w:t>
      </w:r>
    </w:p>
    <w:p>
      <w:r>
        <w:br/>
        <w:t>讓更多人接近運動專業</w:t>
      </w:r>
    </w:p>
    <w:p>
      <w:r>
        <w:t>從王藝傑公開參與的跨界活動與教學內容，可以看見推廣運動知識的方向。對教育服務品牌來說，讓初學者敢於提問、知道如何準備，與建立專業門檻同樣重要。這裡是依公開經歷整理的品牌觀察，並非本次新增訪談；教練對未來事業或國際計畫的具體主張，仍應由本人正式提供。</w:t>
      </w:r>
    </w:p>
    <w:p>
      <w:r>
        <w:br/>
        <w:t>共同規則如何跨越語言</w:t>
      </w:r>
    </w:p>
    <w:p>
      <w:r>
        <w:t>運動教育的跨國對話，經常需要面對規則、訓練方法與不同文化的學習習慣。台灣團隊若能清楚介紹課程、教學責任與專業背景，就有機會讓海外夥伴理解合作方式。</w:t>
      </w:r>
    </w:p>
    <w:p>
      <w:r>
        <w:br/>
        <w:t>不同舞台上的長期準備</w:t>
      </w:r>
    </w:p>
    <w:p>
      <w:r>
        <w:t>本屆佳麗以文化特色、儀態與表達展現準備成果，與運動員的長期練習，都能讓觀眾理解自信背後的投入。報導把王藝傑既往活動照、培訓場景與FOBI實拍分別標示，既呈現人物專業，也保留本屆舞台記憶。這些照片不表示佳麗曾接受賽車訓練、取得資格或為課程代言。</w:t>
      </w:r>
    </w:p>
    <w:p>
      <w:r>
        <w:br/>
        <w:t>教育把經驗變成可練習的步驟</w:t>
      </w:r>
    </w:p>
    <w:p>
      <w:r>
        <w:t>教練的專業不只在自己能做到什麼，也在如何觀察學習者、解釋規則與調整練習節奏。把經驗轉成可以理解的步驟，需要耐心與清楚表達。這讓王藝傑的故事可以從速度之外延伸到教學，也使台灣運動服務在面向國際時，有更具體的專業內容可以介紹。</w:t>
      </w:r>
    </w:p>
    <w:p>
      <w:r>
        <w:br/>
        <w:t>讓學習有可以開始的地方</w:t>
      </w:r>
    </w:p>
    <w:p>
      <w:r>
        <w:t>運動推廣若能把門檻與準備方式說清楚，就更容易讓有興趣的人找到自己的第一步。王藝傑檔案以既往培訓照片、具名活動資料與本屆賽事影像呈現不同時間的工作。跨界合作可以帶來新的相遇，具體課程與國際發展仍需正式安排；先把專業介紹完整，是讓台灣教育服務被理解、也被尊重的起點。</w:t>
      </w:r>
    </w:p>
    <w:p>
      <w:r>
        <w:br/>
        <w:t>圖片與圖說</w:t>
      </w:r>
    </w:p>
    <w:p>
      <w:r>
        <w:t>王藝傑（右二）與導師團隊參與2020年挑戰者盃公開活動。圖／CARTURE車勢文化、Yahoo汽車刊載；非FOBI活動照。</w:t>
      </w:r>
    </w:p>
    <w:p>
      <w:r>
        <w:t>https://fobi.self.com.tw/editorial/report-photos/wang-yijie.jpg</w:t>
      </w:r>
    </w:p>
    <w:p>
      <w:r>
        <w:t>賽車培訓相關既往公開報導影像。圖／CARTURE車勢文化、Yahoo汽車刊載，2020年資料；非FOBI佳麗體驗紀錄。</w:t>
      </w:r>
    </w:p>
    <w:p>
      <w:r>
        <w:t>https://fobi.self.com.tw/editorial/report-photos/racing-training.jpg</w:t>
      </w:r>
    </w:p>
    <w:p>
      <w:r>
        <w:t>2026-10-30總決賽活動資料照。圖／黃忠正・Wow!NEWS。</w:t>
      </w:r>
    </w:p>
    <w:p>
      <w:r>
        <w:t>https://storage.googleapis.com/wownews-images/posts/135247996571848_1421362313437498_38.webp</w:t>
      </w:r>
    </w:p>
    <w:p>
      <w:r>
        <w:br/>
        <w:t>來源</w:t>
      </w:r>
    </w:p>
    <w:p>
      <w:r>
        <w:t>FOBI活動窗口｜合作與支持名單 https://fobi.self.com.tw/Fobi#partners</w:t>
      </w:r>
    </w:p>
    <w:p>
      <w:r>
        <w:t>Wow!NEWS｜2026總決賽報導與實拍 https://www.wownews.tw/2026/10/2026_01664561917.html</w:t>
      </w:r>
    </w:p>
    <w:p>
      <w:r>
        <w:t>Jacques Sport｜師資介紹 https://jacquessport.com/師資介紹/</w:t>
      </w:r>
    </w:p>
    <w:p>
      <w:r>
        <w:t>Jacques Sport｜公開培訓資訊 https://jacquessport.com/</w:t>
      </w:r>
    </w:p>
    <w:p>
      <w:r>
        <w:t>CARTURE／Yahoo汽車｜2020年培訓與王藝傑具名照片 https://autos.yahoo.com.tw/news/總獎金獎品達六百萬-首屆-挑戰者盃-亞洲電競賽車錦標賽-臺灣站-113932540.html</w:t>
      </w:r>
    </w:p>
    <w:p>
      <w:r>
        <w:t>FunNow｜雅克運動行銷服務背景 https://www.myfunnow.com/zh-tw/branches/3040324569509</w:t>
      </w:r>
    </w:p>
    <w:p>
      <w:r>
        <w:t>FOBI 2026｜活動紀錄、實拍與品牌圖來源索引 https://fobi.self.com.tw/Fobi/records</w:t>
      </w:r>
    </w:p>
    <w:p>
      <w:r>
        <w:br/>
        <w:t>合作聯絡｜醫見傳媒有限公司 Arthur Lin</w:t>
      </w:r>
    </w:p>
    <w:p>
      <w:r>
        <w:t>0935-523-001｜LINE ID beautiself</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FOBI 2026｜醫美版 × 己美 SELF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JhengHei" w:hAnsi="Microsoft Jheng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